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3B63"/>
          <w:sz w:val="36"/>
        </w:rPr>
        <w:t>VICTORIOSOS</w:t>
      </w:r>
    </w:p>
    <w:p>
      <w:pPr>
        <w:spacing w:after="120" w:line="276" w:lineRule="auto"/>
        <w:ind w:firstLine="360"/>
        <w:jc w:val="both"/>
      </w:pPr>
      <w:r>
        <w:t>EL CRISTIANO TIENE UNA LUCHA, UNA PELEA Y DEBEMOS DE GANARLA, PODEMOS GANARLA.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1. EL APOSTOL PABLO LA GANO. II TIMOTEO 4:7.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2. CRISTO VENCIO. JUAN 16:33.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3. NOSOTROS TENEMOS TODO PARA VENCER. a. MAYOR ES EL QUE ESTA CON NOSOTROS. I JUAN 4:4. b. TENEMOS AL ESPIRITU SANTO EN NOSOTROS. I COR 3:16.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4. POR ESO SOMOS MAS QUE VENCEDORES. ROMANOS 8:37.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5. SI DIOS CON NOSOTROS ¿QUIEN CONTRA NOSOTROS? ROMANOS 8:31.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6. DIOS ES EL QUE NOS AYUDA. HEBREOS 13:6.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7. DIOS NOS DA LA VICTORIA. I COR 15:57.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8. USTED TIENE TODO PARA VENCER Y TRIUNFAR SOBRE SATANAS, EL MUNDO, EL PECADO.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9. PORQUE DIOS EN CRISTO SIEMPRE NOS LLEVA EN TRIUNFO. II COR 2:14.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10. DIOS PREMIARA SOLO A LOS VENCEDORES. APOCALIPSIS 2:10, II TIMOTEO 4:8.</w:t>
      </w:r>
    </w:p>
    <w:p>
      <w:pPr>
        <w:spacing w:after="120" w:line="276" w:lineRule="auto"/>
        <w:ind w:firstLine="360"/>
        <w:jc w:val="both"/>
      </w:pPr>
      <w:r>
        <w:t>SEA USTED DE LOS VENCEDORES Y NO DE LOS VENCIDOS.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