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UNA IGLESIA EJEMPLAR</w:t>
      </w:r>
    </w:p>
    <w:p>
      <w:pPr>
        <w:spacing w:after="200"/>
        <w:jc w:val="center"/>
      </w:pPr>
      <w:r>
        <w:rPr>
          <w:i/>
          <w:color w:val="1F3B63"/>
          <w:sz w:val="24"/>
        </w:rPr>
        <w:t>HECHOS 2:40-47.</w:t>
      </w:r>
    </w:p>
    <w:p>
      <w:pPr>
        <w:spacing w:after="120" w:line="276" w:lineRule="auto"/>
        <w:ind w:firstLine="360"/>
        <w:jc w:val="both"/>
      </w:pPr>
      <w:r>
        <w:t>LA IGLESIA QUE CRISTO EDIFICO EMPIEZA EN HECHOS 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PERSEVERABAN. V. 42. a. EN LA DOCTRINA. b. EN LA COMUNION. c. EN EL PARTIMIENTO DEL PAN. d. EN LA ORACION.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EL TEMOR. V. 43. a. POR SU PERSEVERANCIA. b. POR LAS SEÑALES Y PRODIGIOS.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ESTABAN JUNTOS Y TENIAN TODAS LAS COSAS EN COMUN. V. 44.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TENIAN INTERÉS POR LA VIDA AJENA ENCIMA DE SUS POSICIONES. V. 45.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ADORABAN A DIOS TODOS LOS DIAS. V. 46. a. ESTABAN UNANIMES. b. ESTABAN ALEGRES. c. ERAN SENCILLOS DE CORAZON.</w:t>
      </w:r>
    </w:p>
    <w:p>
      <w:pPr>
        <w:spacing w:after="120" w:line="276" w:lineRule="auto"/>
        <w:ind w:firstLine="360"/>
        <w:jc w:val="both"/>
      </w:pPr>
      <w:r>
        <w:t>QUE GRAN EJEMPLO DE LA IGLESIA EN JERUSALÉN. IMITEMOSLA PARA AGRADAR A DIOS. FILIPENSES 4:8. DIOS NOS AYUDE PARA SER COMO ESTA IGLESIA.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