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ABRAHAM HOMBRE DE FE</w:t>
      </w:r>
    </w:p>
    <w:p>
      <w:pPr>
        <w:spacing w:after="120" w:line="276" w:lineRule="auto"/>
        <w:ind w:firstLine="360"/>
        <w:jc w:val="both"/>
      </w:pPr>
      <w:r>
        <w:t>HEBREOS 11:1. ABRAHAM FUE LLAMADO AMIGO DE DIOS POR SU FE. SANTIAGO 2:23. SU FE FUE DEMOSTRADA, PROBADA Y SALIO VICTORIOSO.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SALIO A UN LUGAR QUE NO CONOCIA. HEBREOS 11:8, GENESIS 12:1-4.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HABITO COMO EXTRANJERO. HEBREOS 11:9.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POR LA FE CREYO AUNQUE YA ERA ANCIANO Y SARA ESTERIL. ROMANOS 4:19.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SU FE NO TITUBIO SINO QUE SE FORTALECIO EN FE. ROMANOS 4:20.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ESTABA PLENAMENTE, SEGURAMENTE CONVENCIDO DE LA PROMESA DE DIOS. ROMANOS 4:21.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 SU FE ESTABA DISPUESTO A SACRIFICAR A SU HIJO. HEBREOS 11:17-19, GENESIS 22:1-13.</w:t>
      </w:r>
    </w:p>
    <w:p>
      <w:pPr>
        <w:spacing w:after="120" w:line="276" w:lineRule="auto"/>
        <w:ind w:firstLine="360"/>
        <w:jc w:val="both"/>
      </w:pPr>
      <w:r>
        <w:t>LA FE DE ABRAHAM FUE PROBADA. NUESTRA FE DEBE SER PROBADA. I PEDRO 1:7. NUESTRA FE DEBE DE SALIR COMO LA FE DE ABRAHAM. Y COMO JOB. JOB 23:10. POR ESO SU FE LE FUE CONTADA POR JUSTICIA. ROMANOS 4:22, SANTIAGO 2:23.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