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SEGUIR SUS PISADAS</w:t>
      </w:r>
    </w:p>
    <w:p>
      <w:pPr>
        <w:spacing w:after="200"/>
        <w:jc w:val="center"/>
      </w:pPr>
      <w:r>
        <w:rPr>
          <w:i/>
          <w:color w:val="1F3B63"/>
          <w:sz w:val="24"/>
        </w:rPr>
        <w:t>I PEDRO 2:21. I JUAN 2:6.</w:t>
      </w:r>
    </w:p>
    <w:p>
      <w:pPr>
        <w:spacing w:after="120" w:line="276" w:lineRule="auto"/>
        <w:ind w:firstLine="360"/>
        <w:jc w:val="both"/>
      </w:pPr>
      <w:r>
        <w:t>JESUS NOS DEJO EJEMPLO DE COMO AGRADAR Y SERVIR A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ANDUVO SIN PECADO NI ENGAÑO. I PEDRO 2:22.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CUANDO LE ULTRAJARON NO RESPONDIO. I PEDRO 2:23.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JESUS SIEMPRE ESTUVO DISPUESTO A CONGREGARSE. LUCAS 4:16.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SE HUMILLO A SI MISMO. FILIPENSES 2:8.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TUVO COMPASION. MATEO 14:14.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CORRIGIO EL ERROR. MATEO 22:23-30.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SE ENOJO Y ECHO A LOS MERCADERES DEL TEMPLO. JUAN 2:13-17.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REPRENDIO SIEMPRE. MATEO 16:21-23.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PAGO IMPUESTO. MATEO 17:24-27.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FUE OBEDIENTE HASTA LA MUERTE DE CRUZ. FILIPENSES 2:8.</w:t>
      </w:r>
    </w:p>
    <w:p>
      <w:pPr>
        <w:spacing w:after="120" w:line="276" w:lineRule="auto"/>
        <w:ind w:firstLine="360"/>
        <w:jc w:val="both"/>
      </w:pPr>
      <w:r>
        <w:t>IMITEMOS A NUESTRO SEÑOR JESUCRISTO TODO LO QUE EL HIZO CUANDO ESTUVO AQUI EN LA TIERRA. COMO PABLO LO IMITABA. I CORINTIOS 11:1.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