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GRANDEZA A TRAVES DE LO INSIGNIFICANTE</w:t>
      </w:r>
    </w:p>
    <w:p>
      <w:pPr>
        <w:spacing w:after="120" w:line="276" w:lineRule="auto"/>
        <w:ind w:firstLine="360"/>
        <w:jc w:val="both"/>
      </w:pPr>
      <w:r>
        <w:t>LO INSIGNIFICANTE LLEGA A SER MUCHO EN LAS MANOS DE DIOS. DIOS PUEDE OBRAR POR MEDIO DE LO INSIGNIFICANTE. ZACARIAS 4:10. ¿QUIEN NO MENOSPRECIO EL DÍA DE LAS PEQUEÑECES?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UN POCO DE ACEITE Y HARINA PROVEYÓ COMIDA. I REYES 17:14-15.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UNA ABUNDANTE LLUVIA DESCIENDE DE UNA NUBE. I REYES 18:44-45.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CUATRO MISERABLES LEPROSOS SALVAN UNA CIUDAD. II REYES 7:3-20.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DIOS TOMÓ UN CUERPO DE CARNE Y VINO AL MUNDO. GALATAS 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UNA ESTRELLA ANUNCIA EL NACIMIENTO DE JESÚS. MATEO 2:1-12.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CINCO PANES Y DOS PECES ALIMENTARON A UNA MULTITUD. JUAN 6:1-13.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HOMBRES SIN LETRAS HABLARON CON DENUEDO LA PALABRA DE DIOS. HECHOS 4:13.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LO NECIO LO VIL ESCOGIÓ DIOS PARA AVERGONZAR A LO SABIO. I CORINTIOS 1:27-28.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UNA MUJER DE POCA REPUTACIÓN HIZO QUE TODA UNA CIUDAD VINIERA A CRISTO. JUAN 4:39, 41-42.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DEBEMOS SER FIEL A DIOS AÚN EN LO POCO. MATEO 25:14-23.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