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b/>
          <w:color w:val="1F3B63"/>
          <w:sz w:val="36"/>
        </w:rPr>
        <w:t>DEJAR DE SER TIBIO</w:t>
      </w:r>
    </w:p>
    <w:p>
      <w:pPr>
        <w:spacing w:after="200"/>
        <w:jc w:val="center"/>
      </w:pPr>
      <w:r>
        <w:rPr>
          <w:i/>
          <w:color w:val="1F3B63"/>
          <w:sz w:val="24"/>
        </w:rPr>
        <w:t>APOCALIPSIS 3:14-22.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1. SER TIBIO ES QUERER ESTAR EN LA IGLESIA Y EN EL MUNDO. SANTIAGO 4:4.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2. ES SER DE DOBLE ÁNIMO. SANTIAGO 1:6-8.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3. ES QUERER SERVIR A DOS SEÑORES. MATEO 6:24.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4. ES QUERER HACER TESORO EN LA TIERRA Y EN EL CIELO. MATEO 6:19-21.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5. ES PENSAR SER RICO. APOCALIPSIS 3:17, I TIMOTEO 6:17.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6. ES NO SER POBRE EN ESPÍRITU. MATEO 5:3.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7. ES NO PONER A DIOS EN PRIMER LUGAR. MATEO 6:33, LUCAS 14:26-27.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8. ES QUERER AGRADAR A LOS HOMBRES. GALATAS 1:10.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9. ES TENER UNA DOBLE MORAL. ROMANOS 2:21-23.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10. ES NO MANTENER UNA CONDUCTA INTACHABLE. I PEDRO 2:11-12.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11. ES SER OIDOR Y NO HACEDOR DE LA PALABRA. SANTIAGO 2:21-23.</w:t>
      </w:r>
    </w:p>
    <w:p>
      <w:pPr>
        <w:spacing w:after="120" w:line="276" w:lineRule="auto"/>
        <w:ind w:firstLine="360"/>
        <w:jc w:val="both"/>
      </w:pPr>
      <w:r>
        <w:t>DIOS DESEA QUE SEAMOS CALIENTES. DEJE DE SER TIBIO SINO DIOS LO VOMITARA DE SU BOCA. APOCALIPSIS 2:16.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