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CRISTIANO DEBE DAR CON MUCHA LIBERALIDAD</w:t>
      </w:r>
    </w:p>
    <w:p>
      <w:pPr>
        <w:spacing w:after="200"/>
        <w:jc w:val="center"/>
      </w:pPr>
      <w:r>
        <w:rPr>
          <w:i/>
          <w:color w:val="1F3B63"/>
          <w:sz w:val="24"/>
        </w:rPr>
        <w:t>1. EL PUEBLO DE DIOS DA LIBREMENTE. EXODO 35:22.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BOOZ TRATO CON LIBERALIDAD A RUT. RUT 3:15.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DAVID LE DA A DIOS CON LIBERALIDAD. I CRONICAS 29:3-4.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LA LIBERALIDAD DE LOS EXILIADOS PERMITE RECONSTRUIR EL TEMPLO. ESDRAS 1:6.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ZAQUEO RESTITUYE CON LIBERALIDAD. LUCAS 19:8.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UNA VIUDA DA CON LIBERALIDAD. LUCAS 21:1-4.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LA IGLESIA PRIMITIVA DABA CON LIBERALIDAD. HECHOS 4:34-35.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LA IGLESIA DE MACEDONIA AYUDA CON LIBERALIDAD. II CORINTIOS 8:1-5.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¿COMO DAMOS NOSOTROS? I CORINTIOS 16:1-2.</w:t>
      </w:r>
    </w:p>
    <w:p>
      <w:pPr>
        <w:spacing w:after="120" w:line="276" w:lineRule="auto"/>
        <w:ind w:firstLine="360"/>
        <w:jc w:val="both"/>
      </w:pPr>
      <w:r>
        <w:t>SEAMOS LIBRES EN DAR PORQUE ES MAS BIENAVENTURADO DAR QUE RECIBIR. HECHOS 20:35.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