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TEMER A DIOS ANTES QUE A LOS HOMBRES</w:t>
      </w:r>
    </w:p>
    <w:p>
      <w:pPr>
        <w:spacing w:after="200"/>
        <w:jc w:val="center"/>
      </w:pPr>
      <w:r>
        <w:rPr>
          <w:i/>
          <w:color w:val="1F3B63"/>
          <w:sz w:val="24"/>
        </w:rPr>
        <w:t>1. COMO SIFRA Y FUA. EXODO 1:15-21.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COMO ÉSTER. ÉSTER 4:16.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COMO SADRAC, MESAC, ABED NEGO. DANIEL 4:10-23.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COMO DANIEL. DANIEL 6:4-23.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COMO LOS MAGOS. MATEO 2:8, 12-13.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COMO LOS APÓSTOLES. HECHOS 4:18-19; 5:29.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COMO PABLO. HECHOS 20:22-24.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COMO MOISES. HEBREOS 12:27.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JESÚS NOS ENSEÑO A QUIEN DEBEMOS TEMER. MATEO 10:28.</w:t>
      </w:r>
    </w:p>
    <w:p>
      <w:pPr>
        <w:spacing w:after="120" w:line="276" w:lineRule="auto"/>
        <w:ind w:firstLine="360"/>
        <w:jc w:val="both"/>
      </w:pPr>
      <w:r>
        <w:t>¿A QUIEN ESTAMOS TEMIENDO, A DIOS O A LOS HOMBRES? TENGAMOS SIEMPRE EN PRIMER LUGAR EL TEMOR A DIOS. CUESTE LO QUE CUESTE. SEAMOS FIELES HASTA LA MUERTE. APOCALIPSIS 2:10.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