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ANDAR, VIVIR, CAMINAR</w:t>
      </w:r>
    </w:p>
    <w:p>
      <w:pPr>
        <w:spacing w:after="120" w:line="276" w:lineRule="auto"/>
        <w:ind w:firstLine="360"/>
        <w:jc w:val="both"/>
      </w:pPr>
      <w:r>
        <w:t>LA BIBLIA NOS ENSEÑA A COMO ANDAR, VIVIR, CAMINAR COMO CRISTIANOS.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ANDAR DE UNA MANERA DIGNA DE NUESTRO LLAMAMIENTO. EFESIOS 4:1.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ANDAR CON TODA HUMILDAD, MANSEDUMBRE, PACIENCIA. EFESIOS 4:2.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ANDAR EN VIDA NUEVA. ROMANOS 6:4.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ANDAR DECENTEMENTE. ROMANOS 13:13.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NO ANDAR COMO LOS GENTILES. EFESIOS 4:17.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ANDAR EN AMOR. EFESIOS 5:2.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ANDAR COMO HIJOS DE LUZ. EFESIOS 5:8.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NO ANDAR COMO NECIO, SINO COMO SABIO. EFESIOS 5:15.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ANDAR POR FE. II CORINTIOS 5:7.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ANDAR CONFORME EL ESPÍRITU. ROMANOS 8:4.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ANDAR EN LA VERDAD. II JUAN 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12. ANDAR EN BUENAS OBRAS. EFESIOS 2:10.</w:t>
      </w:r>
    </w:p>
    <w:p>
      <w:pPr>
        <w:spacing w:after="120" w:line="276" w:lineRule="auto"/>
        <w:ind w:firstLine="360"/>
        <w:jc w:val="both"/>
      </w:pPr>
      <w:r>
        <w:t>¿COMO ESTAMOS VIVIENDO, CAMINANDO? DIOS DESEA QUE ANDEMOS, CAMINEMOS, VIVAMOS COMO EL QUIERE NO COMO NOSOTROS QUEREMOS.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