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JESÚS NUESTRO REFUGIO</w:t>
      </w:r>
    </w:p>
    <w:p>
      <w:pPr>
        <w:spacing w:after="200"/>
        <w:jc w:val="center"/>
      </w:pPr>
      <w:r>
        <w:rPr>
          <w:i/>
          <w:color w:val="1F3B63"/>
          <w:sz w:val="24"/>
        </w:rPr>
        <w:t>MATEO 11:28-29.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NUESTRO REFUGIO EN LAS PRUEBAS. I CORINTIOS 10:13; II PEDRO 2:7.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NUESTRO REFUGIO EN LAS PERSECUCIONES. II TIMOTEO 3:11.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NUESTRO REFUGIO POR LOS DOLORES Y HERIDAS. SALMOS 147:3.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NUESTRO REFUGIO POR LAS TRISTEZAS. SALMOS 42:11; 46:1.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NUESTRO REFUGIO POR LOS ABUSOS. SALMOS 10:17-18.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NUESTRO REFUGIO POR LAS TORMENTAS DE LA VIDA. PROVERBIOS 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NUESTRO REFUGIO POR LA FATIGA. MATEO 11:28.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NUESTRO REFUGIO POR LA MUERTE. I TESALONICENSES 4:13.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NUESTRO REFUGIO POR LOS AFANES. FILIPENSES 4:6-7; I PEDRO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NUESTRO REFUGIO POR LA OPRESIÓN. PROVERBIOS 22:22-23.</w:t>
      </w:r>
    </w:p>
    <w:p>
      <w:pPr>
        <w:spacing w:after="120" w:line="276" w:lineRule="auto"/>
        <w:ind w:firstLine="360"/>
        <w:jc w:val="both"/>
      </w:pPr>
      <w:r>
        <w:t>EL ÚNICO REFUGIO QUE TENEMOS ES EN JESÚS DEBEMOS CONFIAR SOLO EN EL. SALMOS 118:5-9. EN EL MUNDO SOLO ENCONTRAREMOS AFLICCIONES. JUAN 16:33.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