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LA PACIENCIA, UNA DE LAS VIRTUDES QUE SIEMPRE NECESITAMOS</w:t>
      </w:r>
    </w:p>
    <w:p>
      <w:pPr>
        <w:spacing w:after="120" w:line="276" w:lineRule="auto"/>
        <w:ind w:firstLine="360"/>
        <w:jc w:val="both"/>
      </w:pPr>
      <w:r>
        <w:t>EN TODA NUESTRA ESFERA DE LA VIDA.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CON LA PACIENCIA GANAREMOS NUESTRA ALMA. LUCAS 21:19.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NECESITAMOS LA PACIENCIA PARA SOPORTAR AFLICCIONES. II TESALONICENSES 1:4.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SI NO TENEMOS PACIENCIA NO PODREMOS SOPORTARNOS UNOS A OTROS. EFESIOS 4:2.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NECESITAMOS LA PACIENCIA PARA CORRER LA CARRERA. HEBREOS 12:1.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PARA PODER CORREGIR NECESITAMOS PACIENCIA. II TIMOTEO 4:2.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ES FRUTO DEL ESPIRITU SANTO. GALATAS 5:22.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NECESITAMOS LA PACIENCIA PARA IMITAR AQUELLOS QUE HEREDAN LA PROMESA. HEBREOS 6:12.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DEBEMOS ESPERAR CON PACIENCIA QUE EL SEÑOR NOS ESCUCHE. SALMOS 40:1.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9. LA MUCHA PACIENCIA APLACA AL PRINCIPE. PROVERBIOS 25:15.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10. YA QUE LA PACIENCIA ES MUESTRA DEL AMOR VERDADERO. I CORINTIOS 13:4.</w:t>
      </w:r>
    </w:p>
    <w:p>
      <w:pPr>
        <w:spacing w:after="120" w:line="276" w:lineRule="auto"/>
        <w:ind w:firstLine="360"/>
        <w:jc w:val="both"/>
      </w:pPr>
      <w:r>
        <w:t>LA PACIENCIA ES UNA DE LAS VIRTUDES MAS GRANDES QUE COMO CRISTIANOS DEBEMOS CULTIVAR TODOS LOS DIAS DE NUESTRAS VIDAS.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