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¿QUÉ ESCRIBIÓ JESÚS EN EL SUELO?</w:t>
      </w:r>
    </w:p>
    <w:p>
      <w:pPr>
        <w:spacing w:after="200"/>
        <w:jc w:val="center"/>
      </w:pPr>
      <w:r>
        <w:rPr>
          <w:i/>
          <w:color w:val="1F3B63"/>
          <w:sz w:val="24"/>
        </w:rPr>
        <w:t>(Juan 8:2-11)</w:t>
      </w:r>
    </w:p>
    <w:p>
      <w:pPr>
        <w:spacing w:after="120" w:line="276" w:lineRule="auto"/>
        <w:ind w:firstLine="360"/>
        <w:jc w:val="both"/>
      </w:pPr>
      <w:r>
        <w:t>Juan 8:2-11 Y por la mañana volvió al templo, y todo el pueblo vino a él; y sentado él, les enseñaba. 3 Entonces los escribas y los fariseos le trajeron una mujer sorprendida en adulterio; y poniéndola en medio, 4 le dijeron: Maestro, esta mujer ha sido sorprendida en el acto mismo de adulterio. 5 Y en la ley nos mandó Moisés apedrear a tales mujeres. Tú, pues, ¿qué dices? 6 Mas esto decían tentándole, para poder acusarle. Pero Jesús, inclinado hacia el suelo, escribía en tierra con el dedo. 7 Y como insistieran en preguntarle, se enderezó y les dijo: El que de vosotros esté sin pecado sea el primero en arrojar la piedra contra ella. 8 E inclinándose de nuevo hacia el suelo, siguió escribiendo en tierra. 9 Pero ellos, al oír esto, acusados por su conciencia, salían uno a uno, comenzando desde los más viejos hasta los postreros; y quedó solo Jesús, y la mujer que estaba en medio. 10 Enderezándose Jesús, y no viendo a nadie sino a la mujer, le dijo: Mujer, ¿dónde están los que te acusaban? ¿Ninguno te condenó? 11 Ella dijo: Ninguno, Señor. Entonces Jesús le dijo: Ni yo te condeno; vete, y no peques más.</w:t>
      </w:r>
    </w:p>
    <w:p>
      <w:pPr>
        <w:spacing w:after="120" w:line="276" w:lineRule="auto"/>
        <w:ind w:firstLine="360"/>
        <w:jc w:val="both"/>
      </w:pPr>
      <w:r>
        <w:t>¿Ha oído esta pregunta? Déjeme decirle que en el trayecto de llegar a una conclusión con esta pregunta podemos aprender muchas cosas.</w:t>
      </w:r>
    </w:p>
    <w:p>
      <w:pPr>
        <w:spacing w:after="120" w:line="276" w:lineRule="auto"/>
        <w:ind w:firstLine="360"/>
        <w:jc w:val="both"/>
      </w:pPr>
      <w:r>
        <w:t>LO QUE SE CREE QUE ESCRIBIÓ</w:t>
      </w:r>
    </w:p>
    <w:p>
      <w:pPr>
        <w:spacing w:after="120" w:line="276" w:lineRule="auto"/>
        <w:ind w:firstLine="360"/>
        <w:jc w:val="both"/>
      </w:pPr>
      <w:r>
        <w:t>Muchas veces he oído, qué escribiría Jesús en el suelo. De hecho hay en la vida muchas preguntas difíciles de responder. La ventaja de ser estudioso de la Biblia, orando al señor por su guía, es que podemos llegar a conclusiones sanas y respirar tranquilos recordando la palabra de Dios: Dt 29:29 Las cosas secretas pertenecen a Jehová nuestro Dios; mas las reveladas son para nosotros y para nuestros hijos para siempre, para que cumplamos todas las palabras de esta ley. Efesios 3:3 que por revelación me fue declarado el misterio, como antes lo he escrito brevemente, 4 leyendo lo cual podéis entender cuál sea mi conocimiento en el misterio de Cristo.</w:t>
      </w:r>
    </w:p>
    <w:p>
      <w:pPr>
        <w:spacing w:after="120" w:line="276" w:lineRule="auto"/>
        <w:ind w:firstLine="360"/>
        <w:jc w:val="both"/>
      </w:pPr>
      <w:r>
        <w:t>¿Qué respuestas ha oído? Escribió los pecados de cada uno, ¡imagine la gran lista! Platos lavados, sepulcros blanqueados, hipócritas, mentirosos, abusones, generación de víboras, llenos de inmundicia y maldad, asesinos, hijos del diablo. Una sugerencia interesante es que Jesús estaba escribiendo los 10 Mandamientos. Claro que también sería una larga lista. Y es ahí donde se registra el mandato 8, de no dar falso testimonio, “No darás falso testimonio contra tu prójimo” (Éxodo 20:16). Y también en contra del adulterio Mat 5:27 Oísteis que fue dicho: No adulterarás: 28 Mas yo os digo, que cualquiera que mira a una mujer para codiciarla, ya adulteró con ella en su corazón. Algunos dicen que recordó el pasaje de Jeremías 17:13, que al parecer es el otro único que menciona el escribir en tierra: ¡Oh Jehová, esperanza de Israel! todos los que te dejan serán avergonzados; y los que se apartan de mí serán escritos en el polvo, porque dejaron a Jehová, manantial de aguas vivas. Comentando el versículo anterior: El pecado está grabado como con una pluma de hierro sobre una roca, pero la vida del pecador está escrita en el polvo, para ser disipada y olvidada, una carrera desperdiciada, sin nada sólido y duradero.</w:t>
      </w:r>
    </w:p>
    <w:p>
      <w:pPr>
        <w:spacing w:after="120" w:line="276" w:lineRule="auto"/>
        <w:ind w:firstLine="360"/>
        <w:jc w:val="both"/>
      </w:pPr>
      <w:r>
        <w:t>SIN DUDA ESCRIBIÓ ALGO QUE NECESITABAN</w:t>
      </w:r>
    </w:p>
    <w:p>
      <w:pPr>
        <w:spacing w:after="120" w:line="276" w:lineRule="auto"/>
        <w:ind w:firstLine="360"/>
        <w:jc w:val="both"/>
      </w:pPr>
      <w:r>
        <w:t>Juan 8:4-5 le dijeron: Maestro, esta mujer ha sido sorprendida en el acto mismo de adulterio. 5 Y en la ley nos mandó Moisés apedrear a tales mujeres. Tú, pues, ¿qué dices? El propósito de ellos era siniestro. ¿Cuál era? Juan 8:6 Mas esto decían tentándole, para poder acusarle. Desde el principio y fin de su ministerio sobre la tierra, Jesús fue asediado por estos y otros poderosos enemigos. Cuando sanó al paralítico: Mar 2:6 Estaban allí sentados algunos de los escribas, los cuales cavilaban en sus corazones: 7 ¿Por qué habla éste así? Blasfemias dice. ¿Quién puede perdonar pecados, sino sólo Dios? Cuando comía en casa de Leví: Mar 2:16 Y los escribas y los fariseos, viéndole comer con los publicanos y con los pecadores, dijeron a los discípulos: ¿Qué es esto, que él come y bebe con los publicanos y pecadores?</w:t>
      </w:r>
    </w:p>
    <w:p>
      <w:pPr>
        <w:spacing w:after="120" w:line="276" w:lineRule="auto"/>
        <w:ind w:firstLine="360"/>
        <w:jc w:val="both"/>
      </w:pPr>
      <w:r>
        <w:t>En muchas ocasiones que llegaban a Jesús con alguna afirmación o pregunta, Jesús no respondió lo que querían oír sino lo que necesitaban, ejemplos: Nicodemo: “Rabí sabemos que vienes de Dios…” “AMEN te digo el que no naciere de nuevo no puede ver el reino de Dios, te es necesario nacer de nuevo” (Juan 3:1-5). Y alguien le dijo: “Señor, ¿son pocos los que se salvan?” “Y él les dijo: 24 Esforzaos a entrar por la puerta angosta; porque os digo que muchos procurarán entrar, y no podrán.” (Lucas 13:23-35). Con lo anterior podemos decir: ¡Lo que Jesús escribió en el suelo no fue una respuesta que esperaban, sino una que ellos necesitaban! Así que, esperando una respuesta comprometedora para el Señor, se llevaron gran sorpresa. Sorpresa provocada por lo que Jesús escribió en el suelo. Aquí podemos aplicar Heb 4:12-13: 12 Porque la palabra de Dios es viva y eficaz, y más cortante que toda espada de dos filos; y penetra hasta partir el alma y el espíritu, las coyunturas y los tuétanos, y discierne los pensamientos y las intenciones del corazón. 13 Y no hay cosa creada que no sea manifiesta en su presencia; antes bien todas las cosas están desnudas y abiertas a los ojos de aquel a quien tenemos que dar cuenta. Realmente sus palabras y el escribir en el suelo por dos veces hizo su trabajo. Para la humanidad es buen consejo, la auto examinación, antes de acusar a alguien. ¿Sería una falsa acusación? ¿O no serían ellos los indicados? ¿O estaban fallando en el mandato de Moisés? ¿Quizás una media verdad esté involucrada? Las escrituras no dicen lo que Jesús escribió, no obstante, según la reacción de los que trajeron cargos contra la mujer, y lo que fue escrito en la ley de Moisés acerca de estos casos, puede llegarse a una conclusión válida.</w:t>
      </w:r>
    </w:p>
    <w:p>
      <w:pPr>
        <w:spacing w:after="120" w:line="276" w:lineRule="auto"/>
        <w:ind w:firstLine="360"/>
        <w:jc w:val="both"/>
      </w:pPr>
      <w:r>
        <w:t>LAS ACCIONES A MODO DE LOS “RECTOS”</w:t>
      </w:r>
    </w:p>
    <w:p>
      <w:pPr>
        <w:spacing w:after="120" w:line="276" w:lineRule="auto"/>
        <w:ind w:firstLine="360"/>
        <w:jc w:val="both"/>
      </w:pPr>
      <w:r>
        <w:t>Acomodadas a conveniencia, una conveniencia perversa. Es muy posible que esto de traer a una adúltera a juicio no era la primera vez, de tal forma que parecía lo más natural del mundo, traer solo a la mujer. Si ella fue sorprendida en adulterio, ¿estaba pecando solo ella? Sabemos que no, sin duda para este pecado se necesitan al menos dos. Dt 22:22 "Si fuere sorprendido alguno acostado con una mujer casada con marido, ambos morirán, el hombre que se acostó con la mujer, y la mujer también; así quitarás el mal de Israel". Al citar la ley a medias ¿es misoginia? ¿Era Jesús quien debía juzgarla según la ley de Moisés? No, recordemos que los escribas y fariseos empezaron a asechar a Jesús desde el inicio de su ministerio. Esto era como una burla de ellos hacia él, es como hacerle una pregunta a alguien cuando ya tienes la respuesta. Querían hacerlo caer en trampa para poder acusarle. No solo odiaban a Jesús, sino que querían que esta mujer fuese destruida. Mat 23:14 ¡Ay de ustedes, escribas y fariseos, hipócritas! Porque devoran las casas de las viudas, y como pretexto hacen largas oraciones. Por esto, mayor será su condenación. Aun hoy día hay quienes se consideran porteros de las puertas del cielo y se sienten obligados a ejercer disciplina sobre los pecadores, pero son parciales en sus juicios.</w:t>
      </w:r>
    </w:p>
    <w:p>
      <w:pPr>
        <w:spacing w:after="120" w:line="276" w:lineRule="auto"/>
        <w:ind w:firstLine="360"/>
        <w:jc w:val="both"/>
      </w:pPr>
      <w:r>
        <w:t>EL DEDO QUE ESCRIBIÓ LA LEY</w:t>
      </w:r>
    </w:p>
    <w:p>
      <w:pPr>
        <w:spacing w:after="120" w:line="276" w:lineRule="auto"/>
        <w:ind w:firstLine="360"/>
        <w:jc w:val="both"/>
      </w:pPr>
      <w:r>
        <w:t>Es poco conocido que, en el principio, fue Jesús quien escribió la Ley, y se la dio a Moisés. EX 31:18 Y dio a Moisés, cuando acabó de hablar con él en el monte de Sinaí, dos tablas del testimonio, tablas de piedra escritas con el dedo de Dios. Ese mismo dedo está escribiendo en el suelo por dos veces. Vienen y le citan a Moisés para darse importancia, y lo citan mal e ignoran que el Señor de Moisés está ahí. Hech 3:22-23 Porque Moisés dijo a los padres: El Señor vuestro Dios os levantará profeta de entre vuestros hermanos, como a mí; a él oiréis en todas las cosas que os hable; 23 y toda alma que no oiga a aquel profeta, será desarraigada del pueblo.</w:t>
      </w:r>
    </w:p>
    <w:p>
      <w:pPr>
        <w:spacing w:after="120" w:line="276" w:lineRule="auto"/>
        <w:ind w:firstLine="360"/>
        <w:jc w:val="both"/>
      </w:pPr>
      <w:r>
        <w:t>El evento comienza "al amanecer". Juan hace señalar esto porque posiblemente resultó después de una noche de actividad sexual; una mujer casada con otro hombre, sorprendida con un amante. Cabe la posibilidad de que los acusadores no resistieron la tentación de acudir a espiar a la mujer toda la noche para estar seguros de la evidencia. Así pues los expertos de la ley le presentaron un dilema a Jesús. Esperaban que Él trajera a disciplina a la mujer, y a la vez querían sentar un precedente contra Él por tratar a los pecadores en manera tan liberal. Lucas 15:2 los fariseos y los escribas murmuraban, diciendo: Este recibe a los pecadores y come con ellos. Jesús no le dio mucha importancia a la pregunta, sino se inclinó y comenzó a escribir en la tierra con el dedo. Recuerde que éste es el mismo dedo que usó para escribir los Diez Mandamientos originales, también registrado en Deuteronomio 9:10.</w:t>
      </w:r>
    </w:p>
    <w:p>
      <w:pPr>
        <w:spacing w:after="120" w:line="276" w:lineRule="auto"/>
        <w:ind w:firstLine="360"/>
        <w:jc w:val="both"/>
      </w:pPr>
      <w:r>
        <w:t>¿QUÉ ESCRIBIÓ? Jesús siempre confiaba en la palabra y los pensamientos de Dios para darle respuesta a sus adversarios. Cuando fue provocado por Satanás para que renunciara el ser hijo de Dios Mateo 4, Jesús cada vez contestó, “escrito está”. Así que se puede concluir que esta vez, como se merece la acusación, usó las escrituras para responder a esta nueva prueba de su deidad. Los acusadores habían citado como autoridad a Moisés, pero realmente, ¿qué fue lo que dijo Moisés sobre tal situación? Levítico 20:10 “Si un hombre comete adulterio con la mujer de otro hombre, el adúltero y la adúltera ciertamente han de morir”. Ellos traían una mentira o una verdad a medias. Como la primera mentira que conocemos, fue una media verdad. Gen 3:1-2 Pero la serpiente era astuta, más que todos los animales del campo que Jehová Dios había hecho; la cual dijo a la mujer: ¿Conque Dios os ha dicho? ¿No comáis de todo árbol del huerto? Gen 3:4-5 Entonces la serpiente dijo a la mujer: No moriréis; 5 sino que sabe Dios que el día que comáis de él, serán abiertos vuestros ojos, y seréis como Dios, sabiendo el bien y el mal. A semejanza del diablo y muchos dirigentes religiosos, los Fariseos citaron media verdad cuando dijeron: “En la ley, Moisés nos ordenó que se matara a pedradas a esta clase de mujeres. ¿Tú qué dices? (Jn 8:5). ¿Podemos imaginar una mejor respuesta que “Escrito está”? Lo que Jesús escribió puede haber sido el mismo pasaje de la Ley de Moisés que ellos citaron incorrectamente: Levítico 20:10 y Deuteronomio 22:22 Si se encuentra a un hombre acostado con una mujer casada, los dos morirán, el hombre que se acostó con la mujer, y la mujer; así quitarás el mal de Israel.</w:t>
      </w:r>
    </w:p>
    <w:p>
      <w:pPr>
        <w:spacing w:after="120" w:line="276" w:lineRule="auto"/>
        <w:ind w:firstLine="360"/>
        <w:jc w:val="both"/>
      </w:pPr>
      <w:r>
        <w:t>LA MENTE DURA DE LOS “RECTOS”</w:t>
      </w:r>
    </w:p>
    <w:p>
      <w:pPr>
        <w:spacing w:after="120" w:line="276" w:lineRule="auto"/>
        <w:ind w:firstLine="360"/>
        <w:jc w:val="both"/>
      </w:pPr>
      <w:r>
        <w:t>Al principio ignoraron lo que Jesús escribió la primera vez. En vez de poner atención en lo que el Señor escribió la primera vez ellos fueron necios al insistir en su acusación. ¿Cuántas veces el comportamiento humano es así? Por deseos mezquinos y deshonestos terqueamos en situaciones, tratando de salirnos con nuestro capricho, y no nos ponemos a pensar que esto expone más nuestra negra intención. Ellos seguían preguntando, tratando de disimular la realidad, ellos se estaban poniendo en evidencia. Nuestro señor los dejaría desnudos delante de todos los que estaban expectantes: “El que de vosotros esté sin pecado sea el primero en arrojar la piedra contra ella”. El que está cerrado a la razón se pone en desventaja. No permite paso a la razón, y no porque no quiera sino porque al fijar un fin, se cierra a otra opción. La cerrazón nos equipara a seres irrazonables. La palabra de Dios también los menciona como “sabios en su propia opinión”. Es bueno meditar en Ecl 7:16 No seas demasiado justo, ni seas sabio en exceso. ¿Por qué has de destruirte? Ellos como “muy rectos” se estaban excediendo, su conspiración sería destruida y el no arrepentimiento, los destruiría en el más allá.</w:t>
      </w:r>
    </w:p>
    <w:p>
      <w:pPr>
        <w:spacing w:after="120" w:line="276" w:lineRule="auto"/>
        <w:ind w:firstLine="360"/>
        <w:jc w:val="both"/>
      </w:pPr>
      <w:r>
        <w:t>Se inclina para continuar escribiendo, v 8 “E inclinándose de nuevo hacia el suelo, siguió escribiendo en tierra”. Suponiendo que la primera vez escribió acerca del hombre invisible, ese que no habían llevado para cumplir con la ley. La pregunta se repite. ¿Qué más escribiría el Señor en la segunda ocasión? Posiblemente, Jesús invocó un pasaje nuevo. Deut 17:6-7, 6 Al que ha de morir se le dará muerte por la declaración de dos o tres testigos; no se le dará muerte por la declaración de un solo testigo. 7 La mano de los testigos caerá primero contra él para darle muerte, y después la mano de todo el pueblo. Así quitarás el mal de en medio de ti. Con lo que hizo el Maestro, dejó en claro que debe haber testigos 2 o 3, no un solo testigo, y que, al haberlos, ellos deben ser los primeros en arrojar la piedra y así después cada uno, hasta que se complete todo el pueblo. Es bueno notar los pasos, el orden, la secuencia, de lo que dice la ley sin brincarse uno solo. Seamos ordenados y juiciosos al aplicar la Palabra para no ser avergonzados. Por ello el Señor aconseja: Mat 23:3 Así que, todo lo que os digan que guardéis, guardadlo y hacedlo; mas no hagáis conforme a sus obras, porque dicen, y no hacen.</w:t>
      </w:r>
    </w:p>
    <w:p>
      <w:pPr>
        <w:spacing w:after="120" w:line="276" w:lineRule="auto"/>
        <w:ind w:firstLine="360"/>
        <w:jc w:val="both"/>
      </w:pPr>
      <w:r>
        <w:t>El efecto de la segunda lección. Ciertamente, esta vez capturó su atención, los fariseos reaccionaron en manera inesperada. No fue inesperado para Jesús, sino para ellos mismos y los que pudieran estarlos viendo. Al oír a Jesús, uno tras uno se fue retirando, comenzando con los más viejos, hasta dejar a Jesús solo y a la mujer que estaba en medio. Quizás los más viejos fueron desnudados y los más jóvenes los siguieron en su retirada. ¡El silencio tiene que haber sido ensordecedor! Primeramente, los más viejos entendieron el mensaje de Jesús con claridad, y después los más jóvenes.</w:t>
      </w:r>
    </w:p>
    <w:p>
      <w:pPr>
        <w:spacing w:before="200" w:after="80"/>
      </w:pPr>
      <w:r>
        <w:rPr>
          <w:b/>
          <w:color w:val="1F3B63"/>
          <w:sz w:val="24"/>
        </w:rPr>
        <w:t>REPASEMOS LAS FALTAS COMETIDAS DE LOS ACUSADORES: Exactitud de las enseñanzas de las escrituras. No traer al hombre. Tener un propósito negro. Ser necios, cegarse a la razón. Deu 17:8-13 nos enseña a recurrir al lugar que Jehová escogiere y a los sacerdotes levitas y al juez, y a hacer según la sentencia que indiquen; y el hombre que procediere con soberbia morirá. LBLA en vez de “ensoberbecerá” dice “proceder con presunción”. Así que podemos agregar a las faltas cometidas, el proceder con presunción.</w:t>
      </w:r>
    </w:p>
    <w:p>
      <w:pPr>
        <w:spacing w:after="120" w:line="276" w:lineRule="auto"/>
        <w:ind w:firstLine="360"/>
        <w:jc w:val="both"/>
      </w:pPr>
      <w:r>
        <w:t>EL ADULTERO ¿Por qué no hacía acto de presencia? Puede ser que fuera un individuo prominente en la comunidad o el gobierno. Posiblemente un miembro de la corte suprema, un fariseo, saduceo, escriba. Puede ser que fuera un hombre de gran influencia financiera que daba abundantemente a la sinagoga. Puede ser que fuera hijo, padre, o abuelo de una de las personas presentes. No lo sabemos.</w:t>
      </w:r>
    </w:p>
    <w:p>
      <w:pPr>
        <w:spacing w:after="120" w:line="276" w:lineRule="auto"/>
        <w:ind w:firstLine="360"/>
        <w:jc w:val="both"/>
      </w:pPr>
      <w:r>
        <w:t>LA MUJER ¿QUIÉN FUE SU ABOGADO? Sí sabemos que cualquiera sea la razón por la cual esta multitud trajo estos cargos en contra de esta mujer, ella se encontró con el mejor abogado en el pueblo quien tenía el mejor conocimiento de la ley; mejor que el más erudito de ellos. Lo que Jesús escribió en la tierra, como martillo de juez golpea, llamando a moción de orden y no juzgar a la ligera. Y de esta forma redarguye las conciencias de estos. 1Cor 3:19 Porque la sabiduría de este mundo es necedad ante Dios. Pues escrito está: Él es el que prende a los sabios en su propia astucia. Todas las enseñanzas de Cristo tienen un mensaje moral para todos los siglos. Vamos a hablar con la verdad, no con medias verdades. Medias verdades han dividido la iglesia de Cristo por siglos. Hoy día hay literalmente cientos de grupos que pretenden tener un pacto con Cristo, grupos que Jesús no conoce ni reconocerá cuando regrese. Dios nos ha dado una ley perfecta, apreciémosla. Sant 1:25-27 Pero el que mira atentamente a la ley perfecta, la ley de la libertad, y permanece en ella... éste será bienaventurado en lo que hace. 2Ped 1:3 Pues su divino poder nos ha concedido todo cuanto concierne a la vida y a la piedad, mediante el verdadero conocimiento de aquel que nos llamó por su gloria y excelencia.</w:t>
      </w:r>
    </w:p>
    <w:p>
      <w:pPr>
        <w:spacing w:before="200" w:after="80"/>
      </w:pPr>
      <w:r>
        <w:rPr>
          <w:b/>
          <w:color w:val="1F3B63"/>
          <w:sz w:val="24"/>
        </w:rPr>
        <w:t>VEREDICTO Y CASO CERRADO. Juan 8:10 Enderezándose Jesús, y no viendo a nadie sino a la mujer, le dijo: Mujer, ¿dónde están los que te acusaban? ¿Ninguno te condenó? 11 Ella dijo: Ninguno, Señor. Entonces Jesús le dijo: Ni yo te condeno; vete, y no peques más.</w:t>
      </w:r>
    </w:p>
    <w:p>
      <w:pPr>
        <w:spacing w:before="200" w:after="80"/>
      </w:pPr>
      <w:r>
        <w:rPr>
          <w:b/>
          <w:color w:val="1F3B63"/>
          <w:sz w:val="24"/>
        </w:rPr>
        <w:t>CONCLUSIÓN: ¿Qué escribió Jesús en el suelo? Recordemos el uso de la frase “escrito está”: 1. El mandato en cuanto a personas sorprendidas en adulterio. 2. El mandato en cuanto a 2 o 3 testigos. 3. El mandato en cuanto al pecado de actuar con presunción. Oremos por los pecadores y enseñémosles la verdad. No ser tercos sino razonables para juzgar justamente. Seamos ordenados y juiciosos al aplicar la Palabra de Dios para no ser avergonzados. Así venceremos el pecado de proceder con presunción.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