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center"/>
      </w:pPr>
      <w:r>
        <w:rPr>
          <w:b/>
          <w:color w:val="1F3B63"/>
          <w:sz w:val="36"/>
        </w:rPr>
        <w:t>¡CUIDADO CON LOS FALSOS PROFETAS!</w:t>
      </w:r>
    </w:p>
    <w:p>
      <w:pPr>
        <w:spacing w:after="120" w:line="276" w:lineRule="auto"/>
        <w:ind w:firstLine="360"/>
        <w:jc w:val="both"/>
      </w:pPr>
      <w:r>
        <w:t>Mat 24:11 “Entonces muchos falsos profetas se levantarán y engañarán a muchos.”</w:t>
      </w:r>
    </w:p>
    <w:p>
      <w:pPr>
        <w:spacing w:after="120" w:line="276" w:lineRule="auto"/>
        <w:ind w:firstLine="360"/>
        <w:jc w:val="both"/>
      </w:pPr>
      <w:r>
        <w:t>Quiero presentarte un ejemplo de falsos maestros. Lunes, 8 de julio de 2019 en el medio informativo de L. A. California: EYEWITNESS NEWS abc 7. Los abogados se pronuncian por el acusado líder de "La Luz del Mundo", Naason Joaquín García. El vocero de EYEWITNESS NEWS abc dijo: "El líder de la mega iglesia, La Luz del Mundo, enfrenta cargos que incluyen la violación de un menor, la extorsión y el tráfico de personas, pero sus abogados están doblando su defensa." El vocero agregó: "Naason Joaquín García está acusado de obligar a las víctimas a realizar actos sexuales al decirles que si iban en contra de cualquiera de sus peticiones o deseos, iban en contra de Dios."</w:t>
      </w:r>
    </w:p>
    <w:p>
      <w:pPr>
        <w:spacing w:after="120" w:line="276" w:lineRule="auto"/>
        <w:ind w:firstLine="360"/>
        <w:jc w:val="both"/>
      </w:pPr>
      <w:r>
        <w:t>Sus abogados hablaron durante el fin de semana en una entrevista de 35 minutos de duración, que dio a conocer la iglesia, alegando que el fiscal general de California, Xavier Becerra, está inventando el caso sin ningún dato. Ellos dijeron que la iglesia ha sido discriminada y ha visto un aumento en la violencia contra sus miembros. Agregaron: "Todo lo que el fiscal general está diciendo acerca de esto es ficticio. Todo lo que se dice no es más que desinformación, ignorancia real en un intento de calumniar a esta hermosa iglesia, y cuando lleguemos allí, porque les decimos, ¡llegaremos allí, este caso se volteará!", quien dijo esto es específicamente el abogado, Ken Rosenfeld. Por su parte Xavier Becerra, fiscal gral. de California dijo: "Ninguna ley de la humanidad y, ciertamente, ninguna ley de Dios permitiría que se produjera lo que presuntamente ha cometido Naason Joaquín García". El medio informativo terminó dando a conocer: Naason J. García se encuentra bajo fianza de $ 50 millones. Sus abogados dijeron que presentarán testimonios de testigos en un esfuerzo por reducir el monto de la fianza.</w:t>
      </w:r>
    </w:p>
    <w:p>
      <w:pPr>
        <w:spacing w:after="120" w:line="276" w:lineRule="auto"/>
        <w:ind w:firstLine="360"/>
        <w:jc w:val="both"/>
      </w:pPr>
      <w:r>
        <w:t>Los pseudo apóstoles de LLDM. Considere que, independientemente de las acusaciones de abuso y pedofilia, este hombre se llamó a sí mismo apóstol de Dios. Necesito darte un poco de historia sobre Naason y LLDM. La iglesia fue fundada en 1926 por su abuelo, Eusebio Joaquín, quien se auto nombró: el apóstol Aarón, hasta 1964, que es cuando muere. Con nepotismo vino a ser su hijo, Samuel Joaquín su sucesor, quién construyó en 1967 el templo que existe hasta hoy, en "La bella provincia", colonia en Guadalajara, México y actualmente la sede de esta secta. Este hombre logró expandirse a muchos países de América Central y del Sur, Europa, África, Asia y América del Norte. Samuel Joaquín, siguiendo los pasos de su padre, también se auto proclamó apóstol de Jesucristo, murió en 2014, ocupando su lugar su hijo, el ya mencionado, el "apóstol" Naason Joaquín, quien ahora es acusado de pederastia a sus 50 años.</w:t>
      </w:r>
    </w:p>
    <w:p>
      <w:pPr>
        <w:spacing w:after="120" w:line="276" w:lineRule="auto"/>
        <w:ind w:firstLine="360"/>
        <w:jc w:val="both"/>
      </w:pPr>
      <w:r>
        <w:t>La iglesia "La luz del mundo" se ha extendido en 50 países. Afirman ser la iglesia original y creen que una iglesia sin apóstol no funciona. Ellos forman un historial de acusaciones similares. Agregando más informes: Eusebio Joaquin, "Aaron" y Samuel Joaquin; también en diferentes momentos, fueron acusados de abuso sexual en México, debo decir que las investigaciones fueron a favor de ellos, con grandes sospechas de favoritismo de autoridades por su gran influencia con autoridades del país. Estos hombres han sido falsos maestros que han hecho mal al propósito divino. Así como otros muchos que tienen seguidores. Sabemos que hay millones y millones de personas erradas por seguir falsos maestros. El grupo tiene "similitudes teológicas con una denominación pentecostal unitaria actual". El pseudo apóstol tiene grabado en dorado su símbolo que significa: Naason Joaquin Garcia. El edificio que es la sede, es una fantástica obra de arquitectura, con forma semejante a un pastel de pisos en Guadalajara México, sede de LLDM, con capacidad para doce mil personas.</w:t>
      </w:r>
    </w:p>
    <w:p>
      <w:pPr>
        <w:spacing w:after="120" w:line="276" w:lineRule="auto"/>
        <w:ind w:firstLine="360"/>
        <w:jc w:val="both"/>
      </w:pPr>
      <w:r>
        <w:t>Después de ver esta información negativa, protagonizada por falsos maestros, es bueno aclarar que hay buenos trabajadores. Personas que sirven a Dios de corazón, por amor a Dios y a su obra. ¿Cómo lo sabemos? porque la Biblia nos habla de falsos pero también nos habla de buenos maestros. Hablemos de buenos maestros: Jesús dice: “porque el trabajador es digno de su alimento” Mateo 10:10. ¿El mal trabajador? claro que no. "Pablo dice que el que predica… debe vivir del evangelio". 1Corintios 9:14. Acerca de los buenos maestros, Pablo dice: "a quien se le enseña la palabra, comparta todas las cosas buenas con él que le enseña". Gálatas 6: 6. A Pablo le ayudaron: "Sin embargo, bien hicisteis en participar conmigo en mi tribulación..." Filipenses 4:14-15. Él enseña a proveer recursos a quienes trabajan en la obra, 1 Timoteo 5:18 "El trabajador merece su salario". Estos buenos maestros a veces trabajarán con sus propias manos, como lo hizo Pablo: "...y porque era del mismo oficio, se quedó con ellos y trabajó, porque eran fabricantes de tiendas de campaña". Hech 18:1-3. Hechos 20:34, Pablo dijo: “Ustedes mismos saben que estas manos atendieron mis necesidades y a los que estaban conmigo”. 2 Tesalonicenses 3: 8, Pablo incluye a sus compañeros, "ni comimos el pan de nadie sin pagarlo, pero con trabajo y fatiga, trabajamos día y noche, para que no seamos una carga para ninguno de ustedes". Así que sin duda mientras Jesus viene por segunda venida gozaremos de buenos hermanos y maestros.</w:t>
      </w:r>
    </w:p>
    <w:p>
      <w:pPr>
        <w:spacing w:after="120" w:line="276" w:lineRule="auto"/>
        <w:ind w:firstLine="360"/>
        <w:jc w:val="both"/>
      </w:pPr>
      <w:r>
        <w:t>Sin embargo, debemos probar a los maestros 1 Juan 4: 1a. Siempre tendremos que probar a aquellos que se llaman a sí mismos maestros, porque Satanás se presenta como un ángel de luz. Sus maestros se disfrazan de ministros de justicia. Eso sucedió a los Corintios, lea 2 Corintios 11: 13-15. Muchas personas son engañadas por ellos. En "La Luz Del Mundo" y otras iglesias carismáticas, llenas de emocionalismo y falsas doctrinas y todas esas religiones humanas que no siguen el patrón divino.</w:t>
      </w:r>
    </w:p>
    <w:p>
      <w:pPr>
        <w:spacing w:after="120" w:line="276" w:lineRule="auto"/>
        <w:ind w:firstLine="360"/>
        <w:jc w:val="both"/>
      </w:pPr>
      <w:r>
        <w:t>Debemos probar... Probar los espíritus significa probar a los que enseñan de Cristo, debemos probar a los maestros que dicen hablar de parte de Dios. Hay muchos de ellos en el mundo con diferentes títulos, títulos como: Pastor, Profeta, Apóstol, Teólogo, Reverendo, Doctorado en... O simplemente: Maestro, Predicador, Evangelista, Ministro etc. A ellos hay que poner bajo la prueba. Muchos de ellos ya de por sí arrojan mucha información si ostentan un título que no es posible. Debemos evitar el engaño, porque es el contraste de lo que Dios enseña. Nadie debería cambiar SU palabra por alguna experiencia religiosa. ¡Muchos hablan de Cristo pero no son de Cristo!</w:t>
      </w:r>
    </w:p>
    <w:p>
      <w:pPr>
        <w:spacing w:after="120" w:line="276" w:lineRule="auto"/>
        <w:ind w:firstLine="360"/>
        <w:jc w:val="both"/>
      </w:pPr>
      <w:r>
        <w:t>Preguntamos para estar seguros de la respuesta divina: ¿Por qué necesitamos probar? Debido a que muchos falsos han salido al mundo 1 Juan 4: 1b. ¡Jesús advirtió en su ministerio! Mateo 24: 5, 24; "Porque muchos vendrán en mi nombre, diciendo: 'Yo soy el Cristo', y guiarán a muchos por mal camino". v. 24 "Por falsos cristos y falsos profetas se levantarán y realizarán grandes señales y maravillas, para desviar, si es posible, incluso a los elegidos". Vea cómo Marcos repite la advertencia: Marcos 13:22, "Porque falsos cristos y falsos profetas se levantarán y realizarán señales y maravillas, para desviar, si es posible, a los elegidos". Porque por la palabra sabemos que algunos se auto nombrarían apóstoles, Apocalipsis 2: 2. Muchos falsos maestros pretendían y pretenden ser apóstoles. ¿Por qué? porque están en un papel de mayor altura, en un nivel más alto que el de los pastores, sacerdotes o obispos locales, como lo registra 1 Corintios 12:28 y Efesios 4:11.</w:t>
      </w:r>
    </w:p>
    <w:p>
      <w:pPr>
        <w:spacing w:after="120" w:line="276" w:lineRule="auto"/>
        <w:ind w:firstLine="360"/>
        <w:jc w:val="both"/>
      </w:pPr>
      <w:r>
        <w:t>¿Cómo probarlos? Debemos probarlos por medio de la doctrina, por la Palabra de Dios. 1 Juan 4: 6 "Somos de Dios; el que conoce a Dios nos oye; el que no es de Dios no nos oye. En esto conocemos el espíritu de verdad y el espíritu de error". El espíritu de verdad es el Espíritu Santo. Juan 15:26. El Espíritu Santo guía a toda la verdad. Juan 16:13. El Espíritu Santo nos entrena con la verdad. Él nos enseña lo que es verdad y nos enseña a mantenernos en ella, por ello podemos distinguir la mentira porque la mentira se aparta de la verdad, y es practicada por maestros de mentira con espíritu de error. ¿Cómo el Espíritu Santo nos guía, enseña e instruye? Con la palabra inspirada, Él la inspiró en hombres santos 2Ped 1:21 para que tuviéramos instrucciones correctas, perfectas a tiempo y para poder probar a los que dicen ser de Dios y usarlas para nuestro bien (2 Timoteo 3: 16-17).</w:t>
      </w:r>
    </w:p>
    <w:p>
      <w:pPr>
        <w:spacing w:after="120" w:line="276" w:lineRule="auto"/>
        <w:ind w:firstLine="360"/>
        <w:jc w:val="both"/>
      </w:pPr>
      <w:r>
        <w:t>Los falsos serán condenados. Isaías 56:10-12. Sus vigilantes son ciegos. No pueden ver su necesidad, menos la necesidad de quienes los siguen. Todos son ignorantes. Pedro los llama "indoctos e inconstantes" 2Pedro 3:16. Isaías sigue diciendo: Todos son perros mudos. Perros que no sirven para cuidar la casa, ni la manada. No pueden ladrar. Les da pereza hacer cualquier cosa, cualquier movimiento. Ellos tienen sueño, acostados, les encanta dormir. Me recuerda al perezoso, Proverbios 21:25. Por eso también dice Dios: He aquí, yo castigo la maldad de tus obras Jeremías 23: 2. La destrucción repentina vendrá sobre ellos 2Pedro 2: 1. "Entonces también dirá a los de la izquierda: Aléjate de mí, maldito, hacia el fuego eterno preparado para el diablo y sus ángeles". Mateo 25:41. Aunque Cristo vino a salvar a todos, muchos serán privados de su salvación debido a su falsa doctrina. Debo decir: No solo ellos, sino también aquellos que han sido engañados, quienes siguen sus falsas doctrinas y sus pasos. ¿Qué pasa con usted? ¿Dejarás que te engañen o te convencerás con la palabra predicada?</w:t>
      </w:r>
    </w:p>
    <w:p>
      <w:pPr>
        <w:spacing w:after="120" w:line="276" w:lineRule="auto"/>
        <w:ind w:firstLine="360"/>
        <w:jc w:val="both"/>
      </w:pPr>
      <w:r>
        <w:t>¡CUIDADO CON LOS FALSOS PROFETAS! Por favor, vean, los falsos serán condenados. Si desea evitar el mal camino, necesita saber lo que sigue. Cristo le manda a oír su palabra. Mar 4:23 "Si alguno tiene oídos para oír, oiga". para tener fe en él, fe verdadera (Romanos 10:17); el quiere que usted se arrepienta de sus pecados (Hechos 3:19); confesando que él es el Hijo de Dios (Hechos 8:37) y que se bautice para el perdón de sus pecados (Hechos 2:38). Si usted retarda su conversión el diablo le seguirá engañando y tendrá un fin igual al de él. ¿Lo hará usted hoy? El mañana no existe. Hermano ¿ha caído de la gracia? venga arrepentido para que Dios le perdone y pueda seguir en su camino.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