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ESTUDIO DE LA APOSTASÍA</w:t>
      </w:r>
    </w:p>
    <w:p>
      <w:pPr>
        <w:spacing w:after="200"/>
        <w:jc w:val="center"/>
      </w:pPr>
      <w:r>
        <w:rPr>
          <w:i/>
          <w:color w:val="1F3B63"/>
          <w:sz w:val="24"/>
        </w:rPr>
        <w:t>(2Tes. 2:3)</w:t>
      </w:r>
    </w:p>
    <w:p>
      <w:pPr>
        <w:spacing w:after="120" w:line="276" w:lineRule="auto"/>
        <w:ind w:firstLine="360"/>
        <w:jc w:val="both"/>
      </w:pPr>
      <w:r>
        <w:t>APOSTASÍA, SIGNIFICADO DE LA PALABRA</w:t>
      </w:r>
    </w:p>
    <w:p>
      <w:pPr>
        <w:spacing w:after="120" w:line="276" w:lineRule="auto"/>
        <w:ind w:firstLine="360"/>
        <w:jc w:val="both"/>
      </w:pPr>
      <w:r>
        <w:t>Oxford languages. Apostasía-Nombre femenino</w:t>
      </w:r>
    </w:p>
    <w:p>
      <w:pPr>
        <w:spacing w:after="60" w:line="269" w:lineRule="auto"/>
        <w:ind w:left="432" w:hanging="432"/>
      </w:pPr>
      <w:r>
        <w:rPr>
          <w:b/>
          <w:sz w:val="23"/>
        </w:rPr>
        <w:t>1. Renuncia que hace una persona de sus creencias religiosas o políticas y abandono de su religión o del partido político al que pertenecía. "su actitud fomentaba la apostasía"</w:t>
      </w:r>
    </w:p>
    <w:p>
      <w:pPr>
        <w:spacing w:after="60" w:line="269" w:lineRule="auto"/>
        <w:ind w:left="432" w:hanging="432"/>
      </w:pPr>
      <w:r>
        <w:rPr>
          <w:b/>
          <w:sz w:val="23"/>
        </w:rPr>
        <w:t>2. Abandono del estado sacerdotal por parte de un sacerdote o de la vida religiosa por parte de un religioso profeso.</w:t>
      </w:r>
    </w:p>
    <w:p>
      <w:pPr>
        <w:spacing w:after="120" w:line="276" w:lineRule="auto"/>
        <w:ind w:firstLine="360"/>
        <w:jc w:val="both"/>
      </w:pPr>
      <w:r>
        <w:t>Diccionario Biblico Nelson. Apostasía. En el A. T. Es traducción de la raíz hebrea mrd, "rebelarse". El sentido religioso de apostasía es de origen bíblico. Señala en sentido amplio rebelión contra Dios. Es decir, no obedecerlo ya sea por seguir falsos dioses (la idolatría) o desviación moral de la Ley. En el N. T. El término griego apostasía solo aparece en dos pasajes (Hch 21:21 y 2Ts 2:3). Sin embargo, la realidad que describe se encuentra con frecuencia.</w:t>
      </w:r>
    </w:p>
    <w:p>
      <w:pPr>
        <w:spacing w:after="120" w:line="276" w:lineRule="auto"/>
        <w:ind w:firstLine="360"/>
        <w:jc w:val="both"/>
      </w:pPr>
      <w:r>
        <w:t>Diccionario Alfonzo Lookward:</w:t>
      </w:r>
    </w:p>
    <w:p>
      <w:pPr>
        <w:spacing w:after="60" w:line="269" w:lineRule="auto"/>
        <w:ind w:left="432" w:hanging="432"/>
      </w:pPr>
      <w:r>
        <w:rPr>
          <w:b/>
          <w:sz w:val="23"/>
        </w:rPr>
        <w:t>1. Palabra que en griego es compuesta de apó (caer, alejarse de) y stasis (rebelión) y que se utilizaba para señalar una revuelta política o militar.</w:t>
      </w:r>
    </w:p>
    <w:p>
      <w:pPr>
        <w:spacing w:after="60" w:line="269" w:lineRule="auto"/>
        <w:ind w:left="432" w:hanging="432"/>
      </w:pPr>
      <w:r>
        <w:rPr>
          <w:b/>
          <w:sz w:val="23"/>
        </w:rPr>
        <w:t>2. Significa el acto de rechazar la fe o las doctrinas profesadas o creídas, apartándose para adoptar otras.</w:t>
      </w:r>
    </w:p>
    <w:p>
      <w:pPr>
        <w:spacing w:after="120" w:line="276" w:lineRule="auto"/>
        <w:ind w:firstLine="360"/>
        <w:jc w:val="both"/>
      </w:pPr>
      <w:r>
        <w:t>El concepto de la apostasía</w:t>
      </w:r>
    </w:p>
    <w:p>
      <w:pPr>
        <w:spacing w:after="60" w:line="269" w:lineRule="auto"/>
        <w:ind w:left="432" w:hanging="432"/>
      </w:pPr>
      <w:r>
        <w:rPr>
          <w:b/>
          <w:sz w:val="23"/>
        </w:rPr>
        <w:t>1. Los traductores de la Septuaginta adoptaron el término para expresar el apartamiento o la rebelión contra el Dios de Israel, como en Jos 22:22: “... si fue por rebelión [apostasía] o por prevaricación contra Jehová”. Aunque usando otras palabras en hebreo, los profetas denunciaron la apostasía de Israel. Ellos “dejaron a Jehová ... se volvieron atrás” (Isa 1:4; Jer 2:17). “Tentaron y enojaron al Dios Altísimo, y no guardaron sus testimonios; sino que se volvieron ... como arco engañoso” (Sal 78:56-58).</w:t>
      </w:r>
    </w:p>
    <w:p>
      <w:pPr>
        <w:spacing w:after="60" w:line="269" w:lineRule="auto"/>
        <w:ind w:left="432" w:hanging="432"/>
      </w:pPr>
      <w:r>
        <w:rPr>
          <w:b/>
          <w:sz w:val="23"/>
        </w:rPr>
        <w:t>2. El concepto de apostasía aparece, pues, en el AT, aunque con diferentes palabras, como cuando se dice: “cualquier hombre ... que se hubiere apartado de andar en pos de mí, y hubiere puesto sus ídolos en su corazón ... yo Jehová le responderé...” (Eze 14:7).</w:t>
      </w:r>
    </w:p>
    <w:p>
      <w:pPr>
        <w:spacing w:after="120" w:line="276" w:lineRule="auto"/>
        <w:ind w:firstLine="360"/>
        <w:jc w:val="both"/>
      </w:pPr>
      <w:r>
        <w:t>Strong: Afístemi-Apostatarán, de G575 y G2476; remover, i.e. (activamente) instigar a la revuelta; por lo general (reflexivamente) desistir, desertar, etc.:- llevar, apartar, apostatar.</w:t>
      </w:r>
    </w:p>
    <w:p>
      <w:pPr>
        <w:spacing w:after="120" w:line="276" w:lineRule="auto"/>
        <w:ind w:firstLine="360"/>
        <w:jc w:val="both"/>
      </w:pPr>
      <w:r>
        <w:t>Vine: Afistemi-v. intransitivo, hacer partir, hacer amotinar, estar aparte, apartarse de todos, apostataran. Afistemi-v. transitivo, Hacer partir, hacer amotinar. Hech 5:37; Luc 4:13; Luc 13:27; Hech 5:38; Hech 12:10; Hech 15:38; Hch 19:9; Hch 22:29; 2Cor 12:8; 2Tim 2:19; Lu 8:13; 1Tim 4:1; Heb 3:12. Afistemi-v. Apostatar, llevar, quitar.</w:t>
      </w:r>
    </w:p>
    <w:p>
      <w:pPr>
        <w:spacing w:after="120" w:line="276" w:lineRule="auto"/>
        <w:ind w:firstLine="360"/>
        <w:jc w:val="both"/>
      </w:pPr>
      <w:r>
        <w:t>Pablo acusado de hacer apostatar Hechos 21:21: Pero se les ha informado en cuanto a ti, que enseñas a todos los judíos que están entre los gentiles a apostatar de Moisés, diciéndoles que no circunciden a sus hijos, ni observen las costumbres.</w:t>
      </w:r>
    </w:p>
    <w:p>
      <w:pPr>
        <w:spacing w:after="120" w:line="276" w:lineRule="auto"/>
        <w:ind w:firstLine="360"/>
        <w:jc w:val="both"/>
      </w:pPr>
      <w:r>
        <w:t>Apostasía, algo que vendría. A través de muchos versículos se advierte sobre la apostasía de hermanos en Cristo. Esta es mencionada como anticipando escatología.</w:t>
      </w:r>
    </w:p>
    <w:p>
      <w:pPr>
        <w:spacing w:after="120" w:line="276" w:lineRule="auto"/>
        <w:ind w:firstLine="360"/>
        <w:jc w:val="both"/>
      </w:pPr>
      <w:r>
        <w:t>Mateo 24: 10 Muchos tropezarán entonces, y se entregarán unos a otros, y unos a otros se aborrecerán. 11 Y muchos falsos profetas se levantarán, y engañarán a muchos; 12 y por haberse multiplicado la maldad, el amor de muchos se enfriará. 13 Mas el que persevere hasta el fin, éste será salvo.</w:t>
      </w:r>
    </w:p>
    <w:p>
      <w:pPr>
        <w:spacing w:after="120" w:line="276" w:lineRule="auto"/>
        <w:ind w:firstLine="360"/>
        <w:jc w:val="both"/>
      </w:pPr>
      <w:r>
        <w:t>2 Tesalonicenses 2: 1 Pero con respecto a la venida de nuestro Señor Jesucristo, y nuestra reunión con él, os rogamos, hermanos, 2 que no os dejéis mover fácilmente de vuestro modo de pensar, ni os conturbéis, ni por espíritu, ni por palabra, ni por carta como si fuera nuestra, en el sentido de que el día del Señor está cerca. 3 Nadie os engañe en ninguna manera; porque no vendrá sin que antes venga la apostasía, y se manifieste el hombre de pecado, el hijo de perdición,</w:t>
      </w:r>
    </w:p>
    <w:p>
      <w:pPr>
        <w:spacing w:after="120" w:line="276" w:lineRule="auto"/>
        <w:ind w:firstLine="360"/>
        <w:jc w:val="both"/>
      </w:pPr>
      <w:r>
        <w:t>1 Timoteo 4: 1 Pero el Espíritu dice claramente que en los postreros tiempos algunos apostatarán de la fe, escuchando a espíritus engañadores y a doctrinas de demonios; 2 por la hipocresía de mentirosos que, teniendo cauterizada la conciencia, 3 prohibirán casarse, y mandarán abstenerse de alimentos que Dios creó para que con acción de gracias participasen de ellos los creyentes y los que han conocido la verdad. 4 Porque todo lo que Dios creó es bueno, y nada es de desecharse, si se toma con acción de gracias; 5 porque por la palabra de Dios y por la oración es santificado.</w:t>
      </w:r>
    </w:p>
    <w:p>
      <w:pPr>
        <w:spacing w:after="120" w:line="276" w:lineRule="auto"/>
        <w:ind w:firstLine="360"/>
        <w:jc w:val="both"/>
      </w:pPr>
      <w:r>
        <w:t>Judas 1: 17 Pero vosotros, amados, tened memoria de las palabras que antes fueron dichas por los apóstoles de nuestro Señor Jesucristo; 18 los que os decían: En el postrer tiempo habrá burladores, que andarán según sus malvados deseos. 19 Estos son los que causan divisiones; los sensuales, que no tienen al Espíritu. 20 Pero vosotros, amados, edificándoos sobre vuestra santísima fe, orando en el Espíritu Santo, 21 conservaos en el amor de Dios, esperando la misericordia de nuestro Señor Jesucristo para vida eterna. 22 A algunos que dudan, convencedlos. 23 A otros salvad, arrebatándolos del fuego; y de otros tened misericordia con temor, aborreciendo aun la ropa contaminada por su carne.</w:t>
      </w:r>
    </w:p>
    <w:p>
      <w:pPr>
        <w:spacing w:after="120" w:line="276" w:lineRule="auto"/>
        <w:ind w:firstLine="360"/>
        <w:jc w:val="both"/>
      </w:pPr>
      <w:r>
        <w:t>2 Pedro 3:15-17: 15 Y tened entendido que la paciencia de nuestro Señor es para salvación; como también nuestro amado hermano Pablo, según la sabiduría que le ha sido dada, os ha escrito, 16 casi en todas sus epístolas, hablando en ellas de estas cosas; entre las cuales hay algunas difíciles de entender, las cuales los indoctos e inconstantes tuercen, como también las otras Escrituras, para su propia perdición. 17 Así que vosotros, oh amados, sabiéndolo de antemano, guardaos, no sea que arrastrados por el error de los inicuos, caigáis de vuestra firmeza.</w:t>
      </w:r>
    </w:p>
    <w:p>
      <w:pPr>
        <w:spacing w:after="120" w:line="276" w:lineRule="auto"/>
        <w:ind w:firstLine="360"/>
        <w:jc w:val="both"/>
      </w:pPr>
      <w:r>
        <w:t>Apostasía por buscar cosas ajenas a la vida eterna. Un comentario afín: “Hay personas que se cansan de escuchar la verdad del Evangelio y van en busca de algo más innovador o "exótico". Prefieren dejar de oír la verdad pura que encontramos en la Palabra de Dios porque no es suficientemente diferente o excitante para ellos. Van en busca de cosas nuevas alejándose de Dios y de la vida eterna que él les ofrece. Tengamos cuidado de no imitar su comportamiento.” Tomado de internet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