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PREDICACION OFENSIVA</w:t>
      </w:r>
    </w:p>
    <w:p>
      <w:pPr>
        <w:spacing w:after="120" w:line="276" w:lineRule="auto"/>
        <w:ind w:firstLine="360"/>
        <w:jc w:val="both"/>
      </w:pPr>
      <w:r>
        <w:t>El objetivo de la predicación del evangelio no es ofender, sino convencer a los pecadores de pecado y llevarlos al arrepentimiento (Hechos 2: 36-38). Debemos hablar la verdad en amor (Efesios 4:15). Los siervos del Señor deben ser mansos, pacientes y humildes al enseñar a los que se oponen a la verdad (2 Tim. 2: 24-26). Jesús incluso enseñó a sus discípulos a ser “sabios como serpientes e inocentes como palomas” (Mt. 10:16).</w:t>
      </w:r>
    </w:p>
    <w:p>
      <w:pPr>
        <w:spacing w:after="120" w:line="276" w:lineRule="auto"/>
        <w:ind w:firstLine="360"/>
        <w:jc w:val="both"/>
      </w:pPr>
      <w:r>
        <w:t>Sin embargo, a pesar de nuestros mejores esfuerzos, a veces los no cristianos y los cristianos seremos ofendidos por aquellos de nosotros que predicamos las verdades de la Biblia. Ofendido, no porque fuéramos mezquinos y abusivos en nuestra presentación de la verdad, sino porque se sintieron ofendidos por la verdad misma. A muchos no les gusta la predicación directa (Gálatas 4:16). No les gusta sentirse culpables o que sus pecados sean identificados (Juan 3: 19-21).</w:t>
      </w:r>
    </w:p>
    <w:p>
      <w:pPr>
        <w:spacing w:after="120" w:line="276" w:lineRule="auto"/>
        <w:ind w:firstLine="360"/>
        <w:jc w:val="both"/>
      </w:pPr>
      <w:r>
        <w:t>Incluso Jesucristo, el único predicador perfecto del evangelio, a veces ofendió a otros con Su predicación (Mateo 15: 7-12; Juan 6: 61-68). Si Jesús lo hizo, los predicadores fieles de hoy también lo harán. Los hermanos no deben sentirse tan fácilmente ofendidos por ministros que predican “todo el consejo de Dios” (Hechos 20:27), que predican la palabra a tiempo y fuera de tiempo (2 Tim. 4: 2), y que “contienden ardientemente por la fe” (Judas 3). ¡Qué vergüenza para aquellos que se sienten ofendidos por los predicadores del evangelio que simplemente están haciendo lo que Dios les exige!</w:t>
      </w:r>
    </w:p>
    <w:p>
      <w:pPr>
        <w:spacing w:after="120" w:line="276" w:lineRule="auto"/>
        <w:ind w:firstLine="360"/>
        <w:jc w:val="both"/>
      </w:pPr>
      <w:r>
        <w:t>Les diré qué tipo de predicación debería ser ofensiva para cada cristiano del Nuevo Testamento hoy:</w:t>
      </w:r>
    </w:p>
    <w:p>
      <w:pPr>
        <w:spacing w:after="120" w:line="276" w:lineRule="auto"/>
        <w:ind w:firstLine="360"/>
        <w:jc w:val="both"/>
      </w:pPr>
      <w:r>
        <w:t>1) Predicación falsa. ¿Por qué no hay más clamor por los hombres que pervierten y distorsionan la verdad de la Palabra de Dios (Gálatas 1: 6-9)? Algunos hermanos se enojan mucho con los predicadores fieles que identifican un error y su maestro, ¡pero aparentemente no tienen ninguna objeción a que se enseñe una doctrina que condena el alma (2 Ti. 2: 17-18)! El apóstol Pablo dijo que los que enseñan el error "causan divisiones y escándalos" (Romanos 16:17). Su predicación resulta en ofensas, ¡y deberíamos ofendernos por ello!</w:t>
      </w:r>
    </w:p>
    <w:p>
      <w:pPr>
        <w:spacing w:after="120" w:line="276" w:lineRule="auto"/>
        <w:ind w:firstLine="360"/>
        <w:jc w:val="both"/>
      </w:pPr>
      <w:r>
        <w:t>2) Predicación que carece de Escritura. Estoy algo desconcertado por qué más miembros de la iglesia del Señor hoy en día no se sienten ofendidos por predicadores que usan poca Escritura en sus sermones. Demasiados sermones están llenos de más historias y humor que con un “así dice el Señor” (I Pedro 4:11). Supongo que la razón de esto es porque algunos santos “no tolerarán la sana doctrina, sino que según sus propios deseos, porque tienen comezón en los oídos, se amontonarán maestros para sí mismos; y apartarán sus oídos de la verdad y se desviarán a las fábulas” (2 Tim. 4: 3-4). ¡Poco o nada de predicación bíblica es una predicación ofensiva!</w:t>
      </w:r>
    </w:p>
    <w:p>
      <w:pPr>
        <w:spacing w:after="120" w:line="276" w:lineRule="auto"/>
        <w:ind w:firstLine="360"/>
        <w:jc w:val="both"/>
      </w:pPr>
      <w:r>
        <w:t>3) Predicación que carece de Equilibrio. Algunos predicadores se apoderan de un tema o problema de la hermandad y no lo abandonan: se convierten en aficionados. Otros predicadores solo predicarán sermones que sean positivos, y así evitarán toda controversia. Sin embargo, otros predicadores están decididos a tratar solo una controversia tras otra, descuidando otras verdades importantes contenidas en la Biblia. Los evangelistas pueden tener dificultades a veces, pero debemos apuntar al equilibrio en nuestra predicación (Sal. 119: 160; Hechos 20: 26-27). Y cuando la predicación se desequilibra, ¡se vuelve ofensiva!</w:t>
      </w:r>
    </w:p>
    <w:p>
      <w:pPr>
        <w:spacing w:after="120" w:line="276" w:lineRule="auto"/>
        <w:ind w:firstLine="360"/>
        <w:jc w:val="both"/>
      </w:pPr>
      <w:r>
        <w:t>Algunos pueden estar en desacuerdo, ¡pero creo firmemente que estas tres cosas son verdaderamente representativas de la predicación ofensiva!</w:t>
      </w:r>
    </w:p>
    <w:p>
      <w:pPr>
        <w:spacing w:before="200" w:after="80"/>
      </w:pPr>
      <w:r>
        <w:rPr>
          <w:b/>
          <w:color w:val="1F3B63"/>
          <w:sz w:val="24"/>
        </w:rPr>
        <w:t>Nota del editor: Consideremos seriamente lo que ha escrito y luego examinemos nuestras vidas (II Cor. 13: 5). ¿Qué tipo de predicación encontramos “ofensiva”? ¿Sería el tipo de predicación que Dios encuentra “ofensiva”? (Romanos 12: 1-2)</w:t>
      </w:r>
    </w:p>
    <w:p>
      <w:pPr>
        <w:spacing w:before="160" w:after="40"/>
        <w:jc w:val="right"/>
      </w:pPr>
      <w:r>
        <w:rPr>
          <w:i/>
          <w:sz w:val="20"/>
        </w:rPr>
        <w:t>Jesse Flowers, Baytown, TX, trad, del ingles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