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EL ESTABLECIMIENTO DE LA IGLESIA</w:t>
      </w:r>
    </w:p>
    <w:p>
      <w:pPr>
        <w:spacing w:after="200"/>
        <w:jc w:val="center"/>
      </w:pPr>
      <w:r>
        <w:rPr>
          <w:i/>
          <w:color w:val="1F3B63"/>
          <w:sz w:val="24"/>
        </w:rPr>
        <w:t>(Mat 16:18)</w:t>
      </w:r>
    </w:p>
    <w:p>
      <w:pPr>
        <w:spacing w:after="120" w:line="276" w:lineRule="auto"/>
        <w:ind w:firstLine="360"/>
        <w:jc w:val="both"/>
      </w:pPr>
      <w:r>
        <w:t>En este estudio observaremos el plan de Dios sobre el reino o la iglesia.</w:t>
      </w:r>
    </w:p>
    <w:p>
      <w:pPr>
        <w:spacing w:after="120" w:line="276" w:lineRule="auto"/>
        <w:ind w:firstLine="360"/>
        <w:jc w:val="both"/>
      </w:pPr>
      <w:r>
        <w:t>Plan que estuvo siempre en el plan redentor de Dios.</w:t>
      </w:r>
    </w:p>
    <w:p>
      <w:pPr>
        <w:spacing w:after="120" w:line="276" w:lineRule="auto"/>
        <w:ind w:firstLine="360"/>
        <w:jc w:val="both"/>
      </w:pPr>
      <w:r>
        <w:t>Veremos si fue establecida en tiempos de Juan o en vida de Jesús.</w:t>
      </w:r>
    </w:p>
    <w:p>
      <w:pPr>
        <w:spacing w:after="120" w:line="276" w:lineRule="auto"/>
        <w:ind w:firstLine="360"/>
        <w:jc w:val="both"/>
      </w:pPr>
      <w:r>
        <w:t>Muchos de su tiempo vivirían cuando fuese establecida</w:t>
      </w:r>
    </w:p>
    <w:p>
      <w:pPr>
        <w:spacing w:after="120" w:line="276" w:lineRule="auto"/>
        <w:ind w:firstLine="360"/>
        <w:jc w:val="both"/>
      </w:pPr>
      <w:r>
        <w:t>Dios propuso la iglesia mucho antes de que fuera establecida.</w:t>
      </w:r>
    </w:p>
    <w:p>
      <w:pPr>
        <w:spacing w:after="120" w:line="276" w:lineRule="auto"/>
        <w:ind w:firstLine="360"/>
        <w:jc w:val="both"/>
      </w:pPr>
      <w:r>
        <w:t>Estuvo en el plan eterno (Ef. 3:9-11).</w:t>
      </w:r>
    </w:p>
    <w:p>
      <w:pPr>
        <w:spacing w:after="120" w:line="276" w:lineRule="auto"/>
        <w:ind w:firstLine="360"/>
        <w:jc w:val="both"/>
      </w:pPr>
      <w:r>
        <w:t>En la promesa a Abraham (Gen. 12:1-3).</w:t>
      </w:r>
    </w:p>
    <w:p>
      <w:pPr>
        <w:spacing w:after="120" w:line="276" w:lineRule="auto"/>
        <w:ind w:firstLine="360"/>
        <w:jc w:val="both"/>
      </w:pPr>
      <w:r>
        <w:t>Es la forma de ser la familia de Dios.</w:t>
      </w:r>
    </w:p>
    <w:p>
      <w:pPr>
        <w:spacing w:after="120" w:line="276" w:lineRule="auto"/>
        <w:ind w:firstLine="360"/>
        <w:jc w:val="both"/>
      </w:pPr>
      <w:r>
        <w:t>Indicada mas de 700 años antes por el profeta (Isa. 2:1-3).</w:t>
      </w:r>
    </w:p>
    <w:p>
      <w:pPr>
        <w:spacing w:after="120" w:line="276" w:lineRule="auto"/>
        <w:ind w:firstLine="360"/>
        <w:jc w:val="both"/>
      </w:pPr>
      <w:r>
        <w:t>Es el reino dicho en Daniel (Dan. 2:31-45).</w:t>
      </w:r>
    </w:p>
    <w:p>
      <w:pPr>
        <w:spacing w:after="120" w:line="276" w:lineRule="auto"/>
        <w:ind w:firstLine="360"/>
        <w:jc w:val="both"/>
      </w:pPr>
      <w:r>
        <w:t>Los cuatro reinos son: Babilónico, Medo-Persa, Griego y Romano</w:t>
      </w:r>
    </w:p>
    <w:p>
      <w:pPr>
        <w:spacing w:after="120" w:line="276" w:lineRule="auto"/>
        <w:ind w:firstLine="360"/>
        <w:jc w:val="both"/>
      </w:pPr>
      <w:r>
        <w:t>Así en días del cuarto reino Dios establecería su reino eterno (v. 44).</w:t>
      </w:r>
    </w:p>
    <w:p>
      <w:pPr>
        <w:spacing w:after="120" w:line="276" w:lineRule="auto"/>
        <w:ind w:firstLine="360"/>
        <w:jc w:val="both"/>
      </w:pPr>
      <w:r>
        <w:t>La iglesia y el reino son idénticos; así como la familia de Dios.</w:t>
      </w:r>
    </w:p>
    <w:p>
      <w:pPr>
        <w:spacing w:after="120" w:line="276" w:lineRule="auto"/>
        <w:ind w:firstLine="360"/>
        <w:jc w:val="both"/>
      </w:pPr>
      <w:r>
        <w:t>Cristo y Juan el bautista hablaron del reino como: cumplido o acercado.</w:t>
      </w:r>
    </w:p>
    <w:p>
      <w:pPr>
        <w:spacing w:after="120" w:line="276" w:lineRule="auto"/>
        <w:ind w:firstLine="360"/>
        <w:jc w:val="both"/>
      </w:pPr>
      <w:r>
        <w:t>“se ha acercado” (Mat. 3:2).</w:t>
      </w:r>
    </w:p>
    <w:p>
      <w:pPr>
        <w:spacing w:after="120" w:line="276" w:lineRule="auto"/>
        <w:ind w:firstLine="360"/>
        <w:jc w:val="both"/>
      </w:pPr>
      <w:r>
        <w:t>“se ha cumplido” (Mar. 3:15).</w:t>
      </w:r>
    </w:p>
    <w:p>
      <w:pPr>
        <w:spacing w:after="120" w:line="276" w:lineRule="auto"/>
        <w:ind w:firstLine="360"/>
        <w:jc w:val="both"/>
      </w:pPr>
      <w:r>
        <w:t>En poco tiempo vendría en poder (Mar. 9:1).</w:t>
      </w:r>
    </w:p>
    <w:p>
      <w:pPr>
        <w:spacing w:after="120" w:line="276" w:lineRule="auto"/>
        <w:ind w:firstLine="360"/>
        <w:jc w:val="both"/>
      </w:pPr>
      <w:r>
        <w:t>Edificar la iglesia Era uno de los grandes propósitos del Hijo de Dios al venir (Mat. 16:18).</w:t>
      </w:r>
    </w:p>
    <w:p>
      <w:pPr>
        <w:spacing w:after="120" w:line="276" w:lineRule="auto"/>
        <w:ind w:firstLine="360"/>
        <w:jc w:val="both"/>
      </w:pPr>
      <w:r>
        <w:t>El tiempo de su establecimiento</w:t>
      </w:r>
    </w:p>
    <w:p>
      <w:pPr>
        <w:spacing w:after="120" w:line="276" w:lineRule="auto"/>
        <w:ind w:firstLine="360"/>
        <w:jc w:val="both"/>
      </w:pPr>
      <w:r>
        <w:t>Cristo murió para ganar o comprar la iglesia (Ef. 5:25).</w:t>
      </w:r>
    </w:p>
    <w:p>
      <w:pPr>
        <w:spacing w:after="120" w:line="276" w:lineRule="auto"/>
        <w:ind w:firstLine="360"/>
        <w:jc w:val="both"/>
      </w:pPr>
      <w:r>
        <w:t>La iglesia fue establecida en vida de muchos discípulos (Mar.9:1cp. 1 Cor. 15:6).</w:t>
      </w:r>
    </w:p>
    <w:p>
      <w:pPr>
        <w:spacing w:after="120" w:line="276" w:lineRule="auto"/>
        <w:ind w:firstLine="360"/>
        <w:jc w:val="both"/>
      </w:pPr>
      <w:r>
        <w:t>Vino en Jerusalén con poder del Espíritu Santo Hech. 2:1-4.</w:t>
      </w:r>
    </w:p>
    <w:p>
      <w:pPr>
        <w:spacing w:after="120" w:line="276" w:lineRule="auto"/>
        <w:ind w:firstLine="360"/>
        <w:jc w:val="both"/>
      </w:pPr>
      <w:r>
        <w:t>Todo esto fue cumplido en el año 33 DC.</w:t>
      </w:r>
    </w:p>
    <w:p>
      <w:pPr>
        <w:spacing w:after="120" w:line="276" w:lineRule="auto"/>
        <w:ind w:firstLine="360"/>
        <w:jc w:val="both"/>
      </w:pPr>
      <w:r>
        <w:t>Después del Pentecostés el reino o iglesia se consideró como establecido y presente (Hech. 2:47; 5:11; 8:1).</w:t>
      </w:r>
    </w:p>
    <w:p>
      <w:pPr>
        <w:spacing w:after="120" w:line="276" w:lineRule="auto"/>
        <w:ind w:firstLine="360"/>
        <w:jc w:val="both"/>
      </w:pPr>
      <w:r>
        <w:t>En cuanto al establecimiento de la iglesia...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