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SEÑALANDO AL HNO. FERNANDO MATA — PRIMER ESCRITO</w:t>
      </w:r>
    </w:p>
    <w:p>
      <w:pPr>
        <w:spacing w:after="120" w:line="276" w:lineRule="auto"/>
        <w:ind w:firstLine="360"/>
        <w:jc w:val="both"/>
      </w:pPr>
      <w:r>
        <w:t>Enero 4, 2021</w:t>
      </w:r>
    </w:p>
    <w:p>
      <w:pPr>
        <w:spacing w:after="120" w:line="276" w:lineRule="auto"/>
        <w:ind w:firstLine="360"/>
        <w:jc w:val="both"/>
      </w:pPr>
      <w:r>
        <w:t>Al hombre que cause divisiones, después de una y otra amonestación deséchalo, sabiendo que el tal se ha pervertido, y peca y está condenado por su propio juicio. (Tito 3:10-11).</w:t>
      </w:r>
    </w:p>
    <w:p>
      <w:pPr>
        <w:spacing w:after="120" w:line="276" w:lineRule="auto"/>
        <w:ind w:firstLine="360"/>
        <w:jc w:val="both"/>
      </w:pPr>
      <w:r>
        <w:t>Amados hermanos:</w:t>
      </w:r>
    </w:p>
    <w:p>
      <w:pPr>
        <w:spacing w:after="120" w:line="276" w:lineRule="auto"/>
        <w:ind w:firstLine="360"/>
        <w:jc w:val="both"/>
      </w:pPr>
      <w:r>
        <w:t>Con tristeza hago de su conocimiento el triste caso del hno. Fernando Mata de como este maltrata y menosprecia a hermanos ensalzándose así mismo.</w:t>
      </w:r>
    </w:p>
    <w:p>
      <w:pPr>
        <w:spacing w:after="120" w:line="276" w:lineRule="auto"/>
        <w:ind w:firstLine="360"/>
        <w:jc w:val="both"/>
      </w:pPr>
      <w:r>
        <w:t>Para poder entender mejor esta carta es bueno que escuchen los videos del hno. Mata: "Los Goliats en la iglesia de Cristo" y Refutación Bíblica al Hermano Jaime Restrepo.</w:t>
      </w:r>
    </w:p>
    <w:p>
      <w:pPr>
        <w:spacing w:after="120" w:line="276" w:lineRule="auto"/>
        <w:ind w:firstLine="360"/>
        <w:jc w:val="both"/>
      </w:pPr>
      <w:r>
        <w:t>El hno. Fernando Mata en su video titulado, "los Goliats en la iglesia de Cristo" Me menciona en el minuto 8:21, en el 45:29 y en el 45:48. Ahí lanza acusaciones sin razón vs un servidor. Me acusa de enojo, de ofenderme porque él habla en contra de hermanos reconocidos, me acusa de decirle: que él es de lo peor y me acusa de usar de al menos uno de sus debates o hipocresía.</w:t>
      </w:r>
    </w:p>
    <w:p>
      <w:pPr>
        <w:spacing w:after="120" w:line="276" w:lineRule="auto"/>
        <w:ind w:firstLine="360"/>
        <w:jc w:val="both"/>
      </w:pPr>
      <w:r>
        <w:t>Acusa de manera general a aquellos que aman a los hermanos, hnos., que hacen su trabajo en la enseñanza y que han entregado gran parte de su vida en la enseñanza de Dios. Dice Dios acerca de ellos: El que es enseñado en la palabra, haga partícipe de toda cosa buena al que lo instruye (Gal 6:6); 12 Hermanos, os pedimos que seáis considerados con los que trabajan arduamente entre vosotros, y os guían y amonestan en el Señor. 13 tenedlos en alta estima, y amadlos por el trabajo que hacen. Vivid en paz unos con otros (1Tes 5:12-13).</w:t>
      </w:r>
    </w:p>
    <w:p>
      <w:pPr>
        <w:spacing w:after="120" w:line="276" w:lineRule="auto"/>
        <w:ind w:firstLine="360"/>
        <w:jc w:val="both"/>
      </w:pPr>
      <w:r>
        <w:t>El hno. Mata, en vez de mirarlos con aprecio, aunque el dice que si los aprecia, maltrata a quienes acusa de tenerlos como idolos, como vacas sagradas, o sea para él, hermanos como Wayne Partain, Bill H. Reeves, Jaime Restrepo, Josué Hernández y otros, son ídolos, vacas sagradas o Goliat's en la iglesia del Señor. Inventa que muchos de los hermanos, los idolatran y que se enojan cuando alguien los ataca, que son cobardes por no ser críticos de sus ídolos. ¡Cosa más lejos de la verdad! Si hay hermanos criticados y atacados, son ellos, aquellos que han trabajado con ahínco en el evangelio, el Señor así lo advirtió: "Dichosos seréis cuando por mi causa la gente os insulte, os persiga y levante contra vosotros toda clase de calumnias" (Mat 5:11).</w:t>
      </w:r>
    </w:p>
    <w:p>
      <w:pPr>
        <w:spacing w:after="120" w:line="276" w:lineRule="auto"/>
        <w:ind w:firstLine="360"/>
        <w:jc w:val="both"/>
      </w:pPr>
      <w:r>
        <w:t>En el video citado, y uno anterior a ese dónde refuta al hno. Jaime en el tema: "La Junta de Varones", el hno. Mata, continúa inventando, que nadie toca a estos hermanos porque ellos son los que dan órdenes y los demás solo sirven de súbditos a estos. Así que el cuento del hno. Mata es: "Existen unos hermanos que por su edad y por su trabajo, son idolatrados y tenidos como vacas sagradas y estos vienen a ser los Goliat's en la iglesia de Cristo. Y existen unos hermanitos y hermanitas que les rinden pleitesía, ellos los adoran y los tienen en altares, son súbditos y no tienen valor para criticarles al contrario son cobardes y juzgan inerrantes a los hermanos reconocidos. ¡Pero yo Fernando Mata! he venido a liberarlos de estos hermanos, ¡Yo un mocoso soy por la gracia de Dios, el escogido para descubrir y vencer a estos Goliat's! ¡Yo y los que me siguen somos los David's que vencen a estos gigantes!".</w:t>
      </w:r>
    </w:p>
    <w:p>
      <w:pPr>
        <w:spacing w:after="120" w:line="276" w:lineRule="auto"/>
        <w:ind w:firstLine="360"/>
        <w:jc w:val="both"/>
      </w:pPr>
      <w:r>
        <w:t>El hno. Siente que es el iluminado de Dios, para darle respiro a la iglesia del Señor, iglesia, en su imaginación, azolada por esos inerrantes a los que muchos hnos. les rinden admiración. ¡imagínese! Cuanto más no habrá inventado, ¡y lo que le falta! No por nada dice la Palabra: "Mas evita profanas y vanas palabrerías, porque conducirán más y más a la impiedad. 17 Y su palabra carcomerá como gangrena; de los cuales son Himeneo y Fileto," (2Tim 2:16-17).</w:t>
      </w:r>
    </w:p>
    <w:p>
      <w:pPr>
        <w:spacing w:after="120" w:line="276" w:lineRule="auto"/>
        <w:ind w:firstLine="360"/>
        <w:jc w:val="both"/>
      </w:pPr>
      <w:r>
        <w:t>Esto parece un cuento de hadas. Y en realidad es un cuento, es un hombre de paja inventado por el hno. Mata. El inventa esta fábula y el debate contra ella y los que lo escuchan difícilmente perciben este engaño. Esto es perverso, porque adultera la escena para quedar aparentemente bien.</w:t>
      </w:r>
    </w:p>
    <w:p>
      <w:pPr>
        <w:spacing w:after="120" w:line="276" w:lineRule="auto"/>
        <w:ind w:firstLine="360"/>
        <w:jc w:val="both"/>
      </w:pPr>
      <w:r>
        <w:t>Amados hermanos, Para mí, el hermano Mata requiere de atención psicológica. Aunque él diga que no.</w:t>
      </w:r>
    </w:p>
    <w:p>
      <w:pPr>
        <w:spacing w:after="120" w:line="276" w:lineRule="auto"/>
        <w:ind w:firstLine="360"/>
        <w:jc w:val="both"/>
      </w:pPr>
      <w:r>
        <w:t>Debemos de contender con eficacia, mire lo que dice aquí: "…que contendáis ardientemente por la fe que ha sido una vez dada a los santos. (Jud 3), pero este hermano es una tristeza el no contiende por la fe, el contiende por él. Yo lo veo como un hijo que no se sujeta a su padre, al menos en dos ocasiones le di ánimo, porque al principio creí que él era ese grano de a kilo que raramente resulta. Pero le está ganando la inmadurez, esa inmadurez que hace sentirnos diferentes a los demás porque tenemos ciertas capacidades y un grande fervor. Y como nos sentimos diferentes creemos que tenemos un llamado diferente al de nuestros hermanos y los empezamos a ofender. Y el blanco perfecto son: los mas notorios porque el fin es hacerlos quedar mal y darse a notar. Con que razón Pablo dijo: "no un neófito, no sea que envaneciéndose caiga en la condenación del diablo" (1Tim 3:6).</w:t>
      </w:r>
    </w:p>
    <w:p>
      <w:pPr>
        <w:spacing w:after="120" w:line="276" w:lineRule="auto"/>
        <w:ind w:firstLine="360"/>
        <w:jc w:val="both"/>
      </w:pPr>
      <w:r>
        <w:t>En alguna ocasión hace más de 2 años, me pareció bien pedirle permiso para publicar en mi Web: www.andrespong.com uno de sus debates y así se hizo. Pero en cuanto vi que andaba como "iluminado" no conforme a la fe, mejor lo bajé. Por eso del debate el me llama hipócrita, quiere dejar la impresión de que me estoy beneficiando de él, como si estuviera ganando algo, porque es su debate. Se lo pedí y lo subí a la web porque era correcto, lo quité cuando el ya no andaba bien, el hermano dice que está en mi página, no dice la verdad, el debate ya no está ahí. Por lo tanto, una prueba más de que es un mentiroso.</w:t>
      </w:r>
    </w:p>
    <w:p>
      <w:pPr>
        <w:spacing w:after="120" w:line="276" w:lineRule="auto"/>
        <w:ind w:firstLine="360"/>
        <w:jc w:val="both"/>
      </w:pPr>
      <w:r>
        <w:t>Las acusaciones que hace el hno. Mata contra mí son infundadas. Porque con respeto y humildad le pedí que no fuera soberbio, que lo que hacía contra los hermanos mencionados, era solo para ganar fama. Y se lo dije varias veces al ver su terquedad de seguir enalteciéndose. Dice Dios: "Alábete el extraño, y no tu propia boca; El ajeno, y no los labios tuyos." (Prov 27:2).</w:t>
      </w:r>
    </w:p>
    <w:p>
      <w:pPr>
        <w:spacing w:after="120" w:line="276" w:lineRule="auto"/>
        <w:ind w:firstLine="360"/>
        <w:jc w:val="both"/>
      </w:pPr>
      <w:r>
        <w:t>Le hice dos preguntas, estas fueron claras y fáciles de responder, claro, si él no hubiera inventado su propio debate y refutación. Las preguntas fueron: ¿Quiénes son aquellos que tienen a los hermanos Wayne, Bill, Jaime, Josué y otros, como inerrantes? Me gustaría saberlo para trabajar con ellos y ayudarles a entender que no hay hnos. infalibles, la Palabra dice: Y no llaméis padre vuestro a nadie en la tierra; porque uno es vuestro Padre, el que está en los cielos (Mat 23:9). ¿Qué hacer cuando no hay ancianos? Ya que el hno. Estaba refutando la idea de nombrar lideres en la iglesia, pues le seria muy conveniente no solo refutar un punto espinoso, sino dar solución, dice el amado: Procura con diligencia presentarte a Dios aprobado, como obrero que no tiene de qué avergonzarse, que usa bien la palabra de verdad" (2Tim 2:15).</w:t>
      </w:r>
    </w:p>
    <w:p>
      <w:pPr>
        <w:spacing w:after="120" w:line="276" w:lineRule="auto"/>
        <w:ind w:firstLine="360"/>
        <w:jc w:val="both"/>
      </w:pPr>
      <w:r>
        <w:t>¿Qué me contestó el hno. Mata, cero? Me cita a una hermana que estaba intercambiando con él y después me cita a otro hermano que le hizo un comentario crítico, no se los acepté. El mencionó "muchos" y los mencionó antes de la intervención de la hermana y posterior del hno. Por lo tanto, no son los "muchos" que él había dicho, sino que quiso improvisar. Como dice el amado Pedro: 18 Pues hablando palabras infladas y vanas, seducen con concupiscencias de la carne y disoluciones a los que verdaderamente habían huido de los que viven en error. 19 Les prometen libertad, y son ellos mismos esclavos de corrupción. Porque el que es vencido por alguno es hecho esclavo del que lo venció. 20 Ciertamente, si habiéndose ellos escapado de las contaminaciones del mundo, por el conocimiento del Señor y Salvador Jesucristo, enredándose otra vez en ellas son vencidos, su postrer estado viene a ser peor que el primero (2 Pedro 2:18-20).</w:t>
      </w:r>
    </w:p>
    <w:p>
      <w:pPr>
        <w:spacing w:after="120" w:line="276" w:lineRule="auto"/>
        <w:ind w:firstLine="360"/>
        <w:jc w:val="both"/>
      </w:pPr>
      <w:r>
        <w:t>Me cortó la comunicación a pesar de que le pedí que no lo hiciera, esto ya me pareció mañoso de su parte una actitud de zorro. Ahora, puedo entender que muchas defensas que hace, el maneja el intercambio como aparentemente le conviene ya que no estará el intercambio a la vista.</w:t>
      </w:r>
    </w:p>
    <w:p>
      <w:pPr>
        <w:spacing w:after="120" w:line="276" w:lineRule="auto"/>
        <w:ind w:firstLine="360"/>
        <w:jc w:val="both"/>
      </w:pPr>
      <w:r>
        <w:t>Le he formulado dos cargos de los cuales debe arrepentirse públicamente 1. Por soberbia. Soberbia, por su búsqueda de fama. 2. Por mentiroso por inventar un cuento para salir "victorioso". Él lo sabe, se lo comuniqué por el ultimo medio que me dejó, el Messenger, le he dado tres oportunidades de enmendarse antes de publicarlo y no he recibido respuesta por lo que lo público a los hermanos e iglesias que pueda para que tengan cuidado, este hermano es un peligro para la fe.</w:t>
      </w:r>
    </w:p>
    <w:p>
      <w:pPr>
        <w:spacing w:after="120" w:line="276" w:lineRule="auto"/>
        <w:ind w:firstLine="360"/>
        <w:jc w:val="both"/>
      </w:pPr>
      <w:r>
        <w:t>Note: no estoy señalando al hermano por: contender, debatir o señalar el error. Lo señalo porque para sobresalir, él habla mal de hermanos, inventando que tienen a los hermanos que él dice "reconocidos" como: inerrantes, vacas sagradas, e ídolos. Ofendiendo gratuitamente a hermanos inocentes, solo por querer trepar a la cúspide de la vanagloria. Las razones dadas son claras. Mucho cuidado con este hermano, que no le engañe su labia y lenguaje agustiniano. Esta haciendo una labor dañina a la obra del Señor, arriba indicada.</w:t>
      </w:r>
    </w:p>
    <w:p>
      <w:pPr>
        <w:spacing w:after="120" w:line="276" w:lineRule="auto"/>
        <w:ind w:firstLine="360"/>
        <w:jc w:val="both"/>
      </w:pPr>
      <w:r>
        <w:t>En Cristo, Su hermano, Andres Pong E. andrespong9@gmail.com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