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¿ES EL BAUTISMO PARTE DEL PLAN DE SALVACIÓN?</w:t>
      </w:r>
    </w:p>
    <w:p>
      <w:pPr>
        <w:spacing w:after="120" w:line="276" w:lineRule="auto"/>
        <w:ind w:firstLine="360"/>
        <w:jc w:val="both"/>
      </w:pPr>
      <w:r>
        <w:t>Esta importante lección tiene su fuerza en la respuesta que tiene que dar a esta común pregunta. Esta pregunta la han hecho infinidad de veces; algunos, en alguna reunión religiosa, otros por los medios de comunicación como: correo, Internet, teléfono etcétera. A un servidor se la han hecho en estudio bíblico particular, por e-mail y por teléfono.</w:t>
      </w:r>
    </w:p>
    <w:p>
      <w:pPr>
        <w:spacing w:after="120" w:line="276" w:lineRule="auto"/>
        <w:ind w:firstLine="360"/>
        <w:jc w:val="both"/>
      </w:pPr>
      <w:r>
        <w:t>¿A qué me refiero con: el plan de salvación? El plan de salvación es reconocido como aquella forma existente de lo que Dios requiere de nosotros para darnos la salvación, es un concepto que está en las sagradas escrituras específicamente para nosotros en esta era.</w:t>
      </w:r>
    </w:p>
    <w:p>
      <w:pPr>
        <w:spacing w:after="120" w:line="276" w:lineRule="auto"/>
        <w:ind w:firstLine="360"/>
        <w:jc w:val="both"/>
      </w:pPr>
      <w:r>
        <w:t>Es triste ver como personas bien capacitadas para hablar y refutar falsos conceptos bíblicos, en temas actuales que están revolucionando la forma de pensar y poniendo en riesgo la estabilidad familiar en el mundo; opinen error, en el tema del bautismo.</w:t>
      </w:r>
    </w:p>
    <w:p>
      <w:pPr>
        <w:spacing w:after="120" w:line="276" w:lineRule="auto"/>
        <w:ind w:firstLine="360"/>
        <w:jc w:val="both"/>
      </w:pPr>
      <w:r>
        <w:t>Podemos considerar la respuesta que es común en la mayoría de los amigos que pertenecen a alguna denominación; la mayoría considera que no es parte del plan de salvación. La mayoría de los ya mencionados y que se dedican a enseñar, dicen que no, que no es necesario el bautismo para ser salvos.</w:t>
      </w:r>
    </w:p>
    <w:p>
      <w:pPr>
        <w:spacing w:after="120" w:line="276" w:lineRule="auto"/>
        <w:ind w:firstLine="360"/>
        <w:jc w:val="both"/>
      </w:pPr>
      <w:r>
        <w:t>En mi opinión y la opinión de los hermanos en Cristo, que somos miembros de la iglesia del Señor y que basa su conocimiento y enseñanza en las practicas correctas, e instrucciones a la iglesia del Nuevo Testamento creemos que sí, el bautismo es parte del plan de salvación enseñado en el Nuevo Testamento.</w:t>
      </w:r>
    </w:p>
    <w:p>
      <w:pPr>
        <w:spacing w:after="120" w:line="276" w:lineRule="auto"/>
        <w:ind w:firstLine="360"/>
        <w:jc w:val="both"/>
      </w:pPr>
      <w:r>
        <w:t>Ahora, lo que he dicho es que: hay quienes creemos que si es parte del plan de salvación el bautismo y que hay quienes creen que no. Para salir de dudas es bueno ver lo que dice Dios, ello nos centrará y responderá correctamente.</w:t>
      </w:r>
    </w:p>
    <w:p>
      <w:pPr>
        <w:spacing w:after="120" w:line="276" w:lineRule="auto"/>
        <w:ind w:firstLine="360"/>
        <w:jc w:val="both"/>
      </w:pPr>
      <w:r>
        <w:t>¿Qué es lo que dice Dios? Marcos 16:16 El Señor Jesucristo dando la gran comisión a sus apóstoles dijo: "El que creyere y fuere bautizado, será salvo; mas el que no creyere, será condenado" (rv60).</w:t>
      </w:r>
    </w:p>
    <w:p>
      <w:pPr>
        <w:spacing w:after="120" w:line="276" w:lineRule="auto"/>
        <w:ind w:firstLine="360"/>
        <w:jc w:val="both"/>
      </w:pPr>
      <w:r>
        <w:t>Aquí claramente dice que dos cosas son para salvación. 1 El creer que es igual a confiar, tener fe. 2 Ser bautizado que es igual a sumergirse o ser sepultado en agua.</w:t>
      </w:r>
    </w:p>
    <w:p>
      <w:pPr>
        <w:spacing w:after="120" w:line="276" w:lineRule="auto"/>
        <w:ind w:firstLine="360"/>
        <w:jc w:val="both"/>
      </w:pPr>
      <w:r>
        <w:t>Tristemente los amigos mencionados arriba desacreditan este versículo, argumentan que este es uno de los versículos que no están en los escritos antiguos: Sinaítico y Vaticano. Otros como el Dr Miguel Núñez agrega el Alejandrino. La mayoría de buenos comentaristas están de acuerdo que no están en los dos primeros, sin embargo, en el Alejandrino y en otros más viejos si están. Además, muchas versiones confiables considerando escritos más antiguos, contienen esos versículos que incluyen al versículo 16.</w:t>
      </w:r>
    </w:p>
    <w:p>
      <w:pPr>
        <w:spacing w:after="120" w:line="276" w:lineRule="auto"/>
        <w:ind w:firstLine="360"/>
        <w:jc w:val="both"/>
      </w:pPr>
      <w:r>
        <w:t>Comparando con lo que dice el apóstol Pedro. Lo que dice Marcos 16:16 en la versión Reina Valera 60, y en las más confiables versiones, va de acuerdo con otros versículos que los opositores, no objetan. Ejemplos: 1Pedro 3:21, hablando del agua como medio de salvación en el Antiguo Testamento en tiempos de Noé y el arca; dice: "El bautismo que corresponde a esto ahora nos salva (no quitando las inmundicias de la carne, sino como la aspiración de una buena conciencia hacia Dios) por la resurrección de Jesucristo,"</w:t>
      </w:r>
    </w:p>
    <w:p>
      <w:pPr>
        <w:spacing w:after="120" w:line="276" w:lineRule="auto"/>
        <w:ind w:firstLine="360"/>
        <w:jc w:val="both"/>
      </w:pPr>
      <w:r>
        <w:t>El apóstol Pedro dice que el bautismo figurado en el Antiguo Testamento en el caso de Noé y los suyos, corresponde al bautismo, bautismo literal como el del Señor Jesús (Mat 3:13-17) y posteriormente todo el que quería salir del mundo para ser salvo como en Hech 2:37-42 Un bautismo en agua, un bautismo escritural, o sea una sumersión en agua.</w:t>
      </w:r>
    </w:p>
    <w:p>
      <w:pPr>
        <w:spacing w:after="120" w:line="276" w:lineRule="auto"/>
        <w:ind w:firstLine="360"/>
        <w:jc w:val="both"/>
      </w:pPr>
      <w:r>
        <w:t>Analizando el caso. Hablando un poco más del caso de Hechos 2, Pedro está predicándoles y después de oír el evangelio ellos; los oyentes, se sienten grandemente angustiados, mire lo que dice: "Al oír esto, se compungieron de corazón, y dijeron a Pedro y a los otros apóstoles: Varones hermanos, ¿qué haremos? (38) Pedro les dijo: Arrepentíos, y bautícese cada uno de vosotros en el nombre de Jesucristo para perdón de los pecados; y recibiréis el don del Espíritu Santo. (39) Porque para vosotros es la promesa, y para vuestros hijos, y para todos los que están lejos; para cuantos el Señor nuestro Dios llamare. (40) Y con otras muchas palabras testificaba y les exhortaba, diciendo: Sed salvos de esta perversa generación. (41) Así que, los que recibieron su palabra fueron bautizados; y se añadieron aquel día como tres mil personas. (42) Y perseveraban en la doctrina de los apóstoles, en la comunión unos con otros, en el partimiento del pan y en las oraciones." (rv60)</w:t>
      </w:r>
    </w:p>
    <w:p>
      <w:pPr>
        <w:spacing w:after="120" w:line="276" w:lineRule="auto"/>
        <w:ind w:firstLine="360"/>
        <w:jc w:val="both"/>
      </w:pPr>
      <w:r>
        <w:t>Pedro predicando a Cristo, al conocer el estado compungido de sus oyentes les manda a que se arrepientan y se bauticen, el propósito de esto es: para recibir perdón de pecados, equivalente a, salvación porque sin perdón de pecados no hay salvación (Ef. 2:5) y les enfatiza "sed salvos de esta perversa generación". Si ellos se hubieran arrepentido y no se hubieran bautizado ¿serian salvos? Sensatamente no, porque en el bautismo que sigue del arrepentimiento, culmina la obediencia a este mensaje del amado apóstol. Ellos, al recibir "su palabra" (su mensaje) fueron bautizados, en otras palabras, salieron de la perversa generación esclavizada en el pecado.</w:t>
      </w:r>
    </w:p>
    <w:p>
      <w:pPr>
        <w:spacing w:after="120" w:line="276" w:lineRule="auto"/>
        <w:ind w:firstLine="360"/>
        <w:jc w:val="both"/>
      </w:pPr>
      <w:r>
        <w:t>Así que la lección apoyada con la evidencia, indica que el bautismo forma parte necesaria para la salvación ¿Seremos rebeldes a Cristo no aceptando su mandamiento? ¡EL BAUTISMO, SI ES PARTE DEL PLAN DE SALVACION!</w:t>
      </w:r>
    </w:p>
    <w:p>
      <w:pPr>
        <w:spacing w:after="120" w:line="276" w:lineRule="auto"/>
        <w:ind w:firstLine="360"/>
        <w:jc w:val="both"/>
      </w:pPr>
      <w:r>
        <w:t>Si usted desea información extra le invito a escribirme.</w:t>
      </w:r>
    </w:p>
    <w:p>
      <w:pPr>
        <w:spacing w:before="160" w:after="40"/>
        <w:jc w:val="right"/>
      </w:pPr>
      <w:r>
        <w:rPr>
          <w:i/>
          <w:sz w:val="20"/>
        </w:rPr>
        <w:t>por, A. 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