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LOS OJOS DEL SEÑOR.</w:t>
      </w:r>
    </w:p>
    <w:p>
      <w:pPr>
        <w:spacing w:after="200"/>
        <w:jc w:val="center"/>
      </w:pPr>
      <w:r>
        <w:rPr>
          <w:i/>
          <w:color w:val="1F3B63"/>
          <w:sz w:val="24"/>
        </w:rPr>
        <w:t>PROVERBIOS.15:3.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Los del Señor están en todo lugar. Salmos.33:13-14.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Los ojos del Señor ven todos nuestros pasos. Job.34:21.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Sus ojos están sobre los que le temen. Salmos.33:18.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Sus ojos están sobre los justos. Salmos.34:15.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Siete son los ojos del Señor. Zacarías.4:10. El número 7 en la biblia es lo perfecto lo completo.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Sus ojos son como llamas. Apocalipsis.1:14. Que penetran y escudriñan todo.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De sus ojos nada se esconde. Ezequiel.8:8-12; Jeremías.16:17.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Sus ojos están abiertos día y noche. I Reyes.8:29.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Todo está desnudo ante sus ojos. Hebreos.4:13.</w:t>
      </w:r>
    </w:p>
    <w:p>
      <w:pPr>
        <w:spacing w:after="120" w:line="276" w:lineRule="auto"/>
        <w:ind w:firstLine="360"/>
        <w:jc w:val="both"/>
      </w:pPr>
      <w:r>
        <w:t>Nada se puede ocultar de Dios.</w:t>
      </w:r>
    </w:p>
    <w:p>
      <w:pPr>
        <w:spacing w:after="120" w:line="276" w:lineRule="auto"/>
        <w:ind w:firstLine="360"/>
        <w:jc w:val="both"/>
      </w:pPr>
      <w:r>
        <w:t>Cuando dejó de reunirme y pongo pretextos, recuerde Dios lo está viendo todo y El sabe porque dejó de reunirse.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