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NO PODEMOS SERVIR A DOS SEÑORES.</w:t>
      </w:r>
    </w:p>
    <w:p>
      <w:pPr>
        <w:spacing w:after="200"/>
        <w:jc w:val="center"/>
      </w:pPr>
      <w:r>
        <w:rPr>
          <w:i/>
          <w:color w:val="1F3B63"/>
          <w:sz w:val="24"/>
        </w:rPr>
        <w:t>LUCAS.16:13.</w:t>
      </w:r>
    </w:p>
    <w:p>
      <w:pPr>
        <w:spacing w:after="120" w:line="276" w:lineRule="auto"/>
        <w:ind w:firstLine="360"/>
        <w:jc w:val="both"/>
      </w:pPr>
      <w:r>
        <w:t>La palabra servir- Significa ser esclavo, el esclavo tiene un solo amo, un solo propósito servir a su amo.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Servir a dos señores es ser tibio. Apocalipsis.3:15-16.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Es contrario al ojo sencillo. Mateo.6:23.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No sé puede dividir el corazón entre Dios y los hombres. Galatas.1:10; I Tesalonicenses.2:4.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No podemos tener comunión con la luz y las tinieblas al mismo tiempo. II Corintios.6:14-16.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Somos esclavos de la justicia. Romanos.6:16-18.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No podemos estar en la iglesia y en el mundo al mismo tiempo. Santiago.4:4.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Debemos servir solo a Dios. Deuteronomio.13:4.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Servirle con todo el corazón. Josué.22:5.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Debemos servirle con temor. Salmos.2:11.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Servirle con amor. Salmos.100:2.</w:t>
      </w:r>
    </w:p>
    <w:p>
      <w:pPr>
        <w:spacing w:after="120" w:line="276" w:lineRule="auto"/>
        <w:ind w:firstLine="360"/>
        <w:jc w:val="both"/>
      </w:pPr>
      <w:r>
        <w:t>¿A quien quiere servir Usted? Decidamonos como Josué. Josué.24:15.</w:t>
      </w:r>
    </w:p>
    <w:p>
      <w:pPr>
        <w:spacing w:after="120" w:line="276" w:lineRule="auto"/>
        <w:ind w:firstLine="360"/>
        <w:jc w:val="both"/>
      </w:pPr>
      <w:r>
        <w:t>¿A quien va a servir hoy Domingo Usted? ¿A Dios o a Satanás? Hebreos.10:25.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