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PROTECCIÓN DE DIOS.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es nuestro refugio. Salmos.61:1-3; El es nuestro refugio en tiempos de calamidad. Jeremías.17:17. Dios nos guarda de las angustias. Salmos.9:9; 32:7; Jeremías.16:19.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Es nuestra torre fuerte. Salmos.61:3. El Señor es torre fuerte y el justo está a salvó. Proverbios.18:10. El es nuestro castillo y libertador. Salmos.18:2.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Es nuestra roca. Salmos.71:3. El es nuestra roca. Deuteronomio.32:4. Solo en esta roca podemos escondernos de nuestros enemigos. Salmos.27:5. Aunque nuestro corazón desfallezca Dios es nuestra fortaleza. Salmos.73:26. Debemos edificar sobre está Roca Mateo.7:24.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El nunca nos desampara. Hebreos.13:5. El Señor no desampara a su pueblo. I Samuel.12:22. Dios no desampara a los que le buscan. Salmos.9:10. Dios no desampara a sus santos. Salmos.37:28. El Salmista se refugiaba en Dios y por eso está confiado. Salmos.141:7-10.</w:t>
      </w:r>
    </w:p>
    <w:p>
      <w:pPr>
        <w:spacing w:after="120" w:line="276" w:lineRule="auto"/>
        <w:ind w:firstLine="360"/>
        <w:jc w:val="both"/>
      </w:pPr>
      <w:r>
        <w:t>Dios es nuestro refugio, nuestro pronto auxilio busquemosles nunca nos apartemos de El para encontrar la ayuda oportuna. Hebreos.4:16.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