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PIEDAD APROVECHA PARA TODO.</w:t>
      </w:r>
    </w:p>
    <w:p>
      <w:pPr>
        <w:spacing w:after="200"/>
        <w:jc w:val="center"/>
      </w:pPr>
      <w:r>
        <w:rPr>
          <w:i/>
          <w:color w:val="1F3B63"/>
          <w:sz w:val="24"/>
        </w:rPr>
        <w:t>TEXTO: I TIMOTEO.4:8.</w:t>
      </w:r>
    </w:p>
    <w:p>
      <w:pPr>
        <w:spacing w:after="120" w:line="276" w:lineRule="auto"/>
        <w:ind w:firstLine="360"/>
        <w:jc w:val="both"/>
      </w:pPr>
      <w:r>
        <w:t>La palabra piedad- Significa adorar bien y es provechosa para toda nuestra vida.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La piedad nos ayuda a vivir una vida tranquila. I Timoteo.2:2.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 tener buenas obras. I Timoteo.2:10.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Nos ayuda a mantenernos fieles en la doctrina. I Timoteo.6:3.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Es de gran ganancia. I Timoteo.6:6.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Aprovecha para esta vida y la venidera, eterna. I Timoteo.4:8.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La piedad nos ayuda para que nuestros pecados sean perdonados. Salmos.51:1-2.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Por eso debemos vivir sobria justa y en piedad. Tito.2:11-12.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Por eso debemos seguirla. I Timoteo.6:11.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Dios nos ha bendecido con toda piedad. I Pedro.1:3.</w:t>
      </w:r>
    </w:p>
    <w:p>
      <w:pPr>
        <w:spacing w:after="120" w:line="276" w:lineRule="auto"/>
        <w:ind w:firstLine="360"/>
        <w:jc w:val="both"/>
      </w:pPr>
      <w:r>
        <w:t>Amemos la piedad, pratiquemos la piedad que es provecho para todo en este mundo y el venidero.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