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LAS 10 VIRGENES.</w:t>
      </w:r>
    </w:p>
    <w:p>
      <w:pPr>
        <w:spacing w:after="200"/>
        <w:jc w:val="center"/>
      </w:pPr>
      <w:r>
        <w:rPr>
          <w:i/>
          <w:color w:val="1F3B63"/>
          <w:sz w:val="24"/>
        </w:rPr>
        <w:t>TEXTO. MATEO.25:1-13.</w:t>
      </w:r>
    </w:p>
    <w:p>
      <w:pPr>
        <w:spacing w:after="120" w:line="276" w:lineRule="auto"/>
        <w:ind w:firstLine="360"/>
        <w:jc w:val="both"/>
      </w:pPr>
      <w:r>
        <w:t>¿Estamos velando por el regreso del nuestro Señor y Salvador?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Las 10 vírgenes están velando esperando al esposo. Mateo.25:1. Todos debemos estar velando. Mateo.24:42.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Cinco prudentes. Mateo.24:2, 4. Debemos ser prudentes todos nosotros. Proverbios.22:3; 14:8.</w:t>
      </w:r>
    </w:p>
    <w:p>
      <w:pPr>
        <w:spacing w:after="120" w:line="276" w:lineRule="auto"/>
        <w:ind w:firstLine="360"/>
        <w:jc w:val="both"/>
      </w:pPr>
      <w:r>
        <w:t>Tomaron su lámpara, tomaron aceite. Esto significa preparación para estar listo.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Las insensatas no se prepararon. Mateo.25:3. No debemos ser insensatos. Deuteronomio.32:5-6; Proverbios.15:21.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aceite es necesario para mantener encendida una lámpara. Nosotros somos lámparas encendidas. Mateo.5:16.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Las insensatas no estaban preparadas. Mateo.25:5-8. La salvación es personal e individual. No debemos depender de los demás, la imprudencia es la madre de los desastres. Proverbios.20:3.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Las prudentes estaban preparadas. Mateo.25:9-10. La venida del Señor puede ser hoy. ¿Estoy preparado? II Pedro.3:10. ¿Estoy listo?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Las insensatas se quedaron. Mateo.25:11-13. No entraron al gozo eterno. Por no estar preparadas.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Somos bienaventurados, felices, dichosos si estamos preparados. Apocalipsis.19:9.</w:t>
      </w:r>
    </w:p>
    <w:p>
      <w:pPr>
        <w:spacing w:after="120" w:line="276" w:lineRule="auto"/>
        <w:ind w:firstLine="360"/>
        <w:jc w:val="both"/>
      </w:pPr>
      <w:r>
        <w:t>¿Estamos listos, preparados?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