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spacing w:after="80"/>
        <w:jc w:val="center"/>
      </w:pPr>
      <w:r>
        <w:rPr>
          <w:b/>
          <w:color w:val="1F3B63"/>
          <w:sz w:val="36"/>
        </w:rPr>
        <w:t>LECCIONES DEL DILUVIO.</w:t>
      </w:r>
    </w:p>
    <w:p>
      <w:pPr>
        <w:spacing w:after="120" w:line="276" w:lineRule="auto"/>
        <w:ind w:firstLine="360"/>
        <w:jc w:val="both"/>
      </w:pPr>
      <w:r>
        <w:t>El Antiguo Testamento nos sirve de ejemplo. Romanos.15:4; I Corintios.10:6, 11.</w:t>
      </w:r>
    </w:p>
    <w:p>
      <w:pPr>
        <w:spacing w:after="120" w:line="276" w:lineRule="auto"/>
        <w:ind w:firstLine="360"/>
        <w:jc w:val="both"/>
      </w:pPr>
      <w:r>
        <w:t>El relato del diluvio fue algo real no fue un cuento un mito. Jesus narro lo del diluvio. Mateo.24:37-39. El escritor a los Hebreos también. Hebreos.11:7. El apostol Pedro también. I Pedro.3:20.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1. La maldad del hombre. Génesis.6:5. Lamentable la maldad aumenta más y más y el amor se enfría. Mateo.24:12; I Timoteo.3:13; Romanos.1:25-26. Pero Dios aborrece el pecado. Proverbios.8:13.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2. Dios advierte al pecador. Génesis.6:3. Átraves de Noe. II Pedro.2:5; Apocalipsis.2:5, 16, 21; 3:3, 19. II Pedro.3:9; I Timoteo.2:4; II Corintios.6:2. Hasta que Dios un día cerro las puertas. Génesis.7:16. Al igual con nosotros. Mateo.25:10.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3. Dios siempre tiene un remanente fiel. Génesis.6:8. En Sodoma y Gomorra. Lot. Génesis.18:32; II Pedro.2:7-8. Con Elías. I Reyes.19:10, 18. Dios nunca nos deja. Deuteronomio.31:6; Hebreos.13:5. No estamos solos.</w:t>
      </w:r>
    </w:p>
    <w:p>
      <w:pPr>
        <w:spacing w:after="60" w:line="269" w:lineRule="auto"/>
        <w:ind w:left="432" w:hanging="432"/>
      </w:pPr>
      <w:r>
        <w:rPr>
          <w:b/>
          <w:sz w:val="23"/>
        </w:rPr>
        <w:t>4. Dios provee un lugar seguro para sus fieles. Génesis.7:23. Para Noe el arca. Para Lot el llano. Génesis.19:17. Para Elías el arroyo. I Reyes.17:2-3. Y la casa de la viuda. I Reyes.17:9. Para nosotros la iglesia. Hechos.2:49. Para que podamos huir de esta perversa generación. Hechos.2:40; II Pedro.2:20. Y nos tiene preparado un lugar ya que está tierra será destruida. II Pedro.3:10-11. En el cielo. Apocalipsis.21:1-4, 27. El cielo. I Pedro.1:4. Y estar con El. I Juan.3:2.</w:t>
      </w:r>
    </w:p>
    <w:p>
      <w:pPr>
        <w:spacing w:after="120" w:line="276" w:lineRule="auto"/>
        <w:ind w:firstLine="360"/>
        <w:jc w:val="both"/>
      </w:pPr>
      <w:r>
        <w:t>Seamos fieles a Dios.</w:t>
      </w:r>
    </w:p>
    <w:p>
      <w:pPr>
        <w:spacing w:after="120" w:line="276" w:lineRule="auto"/>
        <w:ind w:firstLine="360"/>
        <w:jc w:val="both"/>
      </w:pPr>
      <w:r>
        <w:t>POR: MARIO JAVIER MORENO.</w:t>
      </w:r>
    </w:p>
    <w:sectPr w:rsidR="00FC693F" w:rsidRPr="0006063C" w:rsidSect="00034616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Calibri" w:hAnsi="Calibri"/>
      <w:sz w:val="22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