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FIN DE AÑO.</w:t>
      </w:r>
    </w:p>
    <w:p>
      <w:pPr>
        <w:spacing w:after="120" w:line="276" w:lineRule="auto"/>
        <w:ind w:firstLine="360"/>
        <w:jc w:val="both"/>
      </w:pPr>
      <w:r>
        <w:t>Como Cristianos debemos hacer planes para Dios.</w:t>
      </w:r>
    </w:p>
    <w:p>
      <w:pPr>
        <w:spacing w:after="120" w:line="276" w:lineRule="auto"/>
        <w:ind w:firstLine="360"/>
        <w:jc w:val="both"/>
      </w:pPr>
      <w:r>
        <w:t>Digamos como el Salmista.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Mejor es un día en tus atrios que mil fuera de ellos. Salmos.84:10.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Si comenzamos hacer planes sin Dios estamos mal. Santiago.4:13-15.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Debemos buscar el reino de Dios. Mateo.6:33.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Buscar las cosas de arriba. Colosenses.3:1-2.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5. Estar en los negocios de nuestro Padre. Lucas.2:49.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6. No dejar de congregarnos ni un domingo. Hebreos.10:25.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7. Andar en santidad. I Pedro.1:16.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8. No amar el mundo. I Juan.2:15.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9. Estudiar más la palabra de Dios. I Pedro.2:2; II Pedro.3:18.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10. Acabar la carrera. II Timoteo.4:7-8.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11. Temer a Dios y guardar sus mandamientos. Eclesiastés.12:13-14.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12. Ser fieles hasta la muerte. Apocalipsis.2:10.</w:t>
      </w:r>
    </w:p>
    <w:p>
      <w:pPr>
        <w:spacing w:after="120" w:line="276" w:lineRule="auto"/>
        <w:ind w:firstLine="360"/>
        <w:jc w:val="both"/>
      </w:pPr>
      <w:r>
        <w:t>Que Dios nos ayude en este nuevo año que empieza a ser mejores de lo que fuimos este año que terminó.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