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CON CRISTO SOMOS VICTORIOSOS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Porque siempre nos lleva en victoria. II Corintios.2:14.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Porque con El somos más que vencedores. Romanos.8:37.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Porque El nos fortalece. Filipenses.4:13.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Porque Dios nos da la victoria en Cristo. I Corintios.15:57.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Por eso hemos vencido al mundo. I Juan.5:4.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Porque la batalla no es nuestra sino de Dios. II Crónicas.20:15.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7. Ya que la victoria depende del Señor. Proverbios.21:31.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8. Ya que en El está la fortaleza. Efesios.6:10.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9. En Cristo siempre estaremos en victoria venciendo al enemigo porque mayor es el que está con nosotros. I Juan 4:4.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10. Podemos salir triunfante en Cristo. Apocalipsis.12:11.</w:t>
      </w:r>
    </w:p>
    <w:p>
      <w:pPr>
        <w:spacing w:after="120" w:line="276" w:lineRule="auto"/>
        <w:ind w:firstLine="360"/>
        <w:jc w:val="both"/>
      </w:pPr>
      <w:r>
        <w:t>Para poder triunfar tenemos que estar en Cristo, separados de El nada podemos hacer. Juan.15:5.</w:t>
      </w:r>
    </w:p>
    <w:p>
      <w:pPr>
        <w:spacing w:after="120" w:line="276" w:lineRule="auto"/>
        <w:ind w:firstLine="360"/>
        <w:jc w:val="both"/>
      </w:pPr>
      <w:r>
        <w:t>¿Que quiere ser Usted victorioso o derrotado?</w:t>
      </w:r>
    </w:p>
    <w:p>
      <w:pPr>
        <w:spacing w:after="120" w:line="276" w:lineRule="auto"/>
        <w:ind w:firstLine="360"/>
        <w:jc w:val="both"/>
      </w:pPr>
      <w:r>
        <w:t>Para ser victorioso tiene que estar con Cristo.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