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LOS JUSTOS</w:t>
      </w:r>
    </w:p>
    <w:p>
      <w:pPr>
        <w:spacing w:after="120" w:line="276" w:lineRule="auto"/>
        <w:ind w:firstLine="360"/>
        <w:jc w:val="both"/>
      </w:pPr>
      <w:r>
        <w:t>Dios desea que todos sus hijos sean justo y practiquen la justicia.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No debemos de practicar nuestra justicia para ser vistos por los hombres. Mateo.6:1.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Si somos justo debemos andar en integridad. Proverbios.20:7.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Cómo justo debemos de pagar lo que pedimos prestado. Proverbios.37:21.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La boca del justo es fuente de vida. Proverbios.10:11.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Aún en los pensamientos debemos de ser justos. Proverbios.12:5.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Al ser justos vamos a aborrecer odiar el mal. Proverbios.13:5.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El justo aún para responder medita. Proverbios.15:28.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Demostramos ser justo cuando nos preocupamos por los pobres. Proverbios.29:7.</w:t>
      </w:r>
    </w:p>
    <w:p>
      <w:pPr>
        <w:spacing w:after="120" w:line="276" w:lineRule="auto"/>
        <w:ind w:firstLine="360"/>
        <w:jc w:val="both"/>
      </w:pPr>
      <w:r>
        <w:t>¿Porque debemos ser justos?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Porque Dios libra al justo del mal. Proverbios.11:8.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Dios sabe rescatar al justo. II Pedro 2:9.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Ningún daño sufrirá el justo. Proverbios.12:21.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Dios nunca permitirá que el justo padezca de hambre. Proverbios.10:3; Salmos.37:25.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Porque Dios ama al justo. Salmos.146:8.</w:t>
      </w:r>
    </w:p>
    <w:p>
      <w:pPr>
        <w:spacing w:after="120" w:line="276" w:lineRule="auto"/>
        <w:ind w:firstLine="360"/>
        <w:jc w:val="both"/>
      </w:pPr>
      <w:r>
        <w:t>¿Que más queremos para ser justo delante de Dios y los hombres?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