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VELAR, VIGILAR.</w:t>
      </w:r>
    </w:p>
    <w:p>
      <w:pPr>
        <w:spacing w:after="120" w:line="276" w:lineRule="auto"/>
        <w:ind w:firstLine="360"/>
        <w:jc w:val="both"/>
      </w:pPr>
      <w:r>
        <w:t>La Biblia nos advierte a estar alerta vigilando siempre si dormirnos.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Velar. Mateo.24:42-43.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Velar como las cinco vírgenes prudente. Mateo.25:13.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Velando en todo tiempo. Lucas.21:36.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Debemos estar alerta. I Corintios.16:13.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Velando en oración. Colosenses.4:2.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Sin dormirnos, estando alerta. I Tesalonicenses.5:6.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Preparados, despiertos para toda buena obra. Tito.3:1.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Ser sobrio prudente preparado. I Pedro.4:7.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Estar alerta ande nuestro enemigo. I Pedro.5:8.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A la iglesia de Sardis se le mando a velar, estar alerta. Apocalipsis.3:3.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Debemos velar debidamente. I Corintios.15:34.</w:t>
      </w:r>
    </w:p>
    <w:p>
      <w:pPr>
        <w:spacing w:after="120" w:line="276" w:lineRule="auto"/>
        <w:ind w:firstLine="360"/>
        <w:jc w:val="both"/>
      </w:pPr>
      <w:r>
        <w:t>Cada uno de nosotros como cristianos debemos de estar alerta, vigilando estando despierto en todo momento sin descansar ni desmayar.</w:t>
      </w:r>
    </w:p>
    <w:p>
      <w:pPr>
        <w:spacing w:after="120" w:line="276" w:lineRule="auto"/>
        <w:ind w:firstLine="360"/>
        <w:jc w:val="both"/>
      </w:pPr>
      <w:r>
        <w:t>Un momento de descuido va ser falta para nuestra alma. No nos durmamos ni un momento.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