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ÁNGEL CAÍDO</w:t>
      </w:r>
    </w:p>
    <w:p>
      <w:pPr>
        <w:spacing w:after="120" w:line="276" w:lineRule="auto"/>
        <w:ind w:firstLine="360"/>
        <w:jc w:val="both"/>
      </w:pPr>
      <w:r>
        <w:t>Paraíso Caído es ficción. Poema El Paraíso Perdido. Especulación. ¿Cuál es el origen del diablo? La Biblia no nos dice. No sientas pena de decir esto: “no lo sé”.</w:t>
      </w:r>
    </w:p>
    <w:p>
      <w:pPr>
        <w:spacing w:after="120" w:line="276" w:lineRule="auto"/>
        <w:ind w:firstLine="360"/>
        <w:jc w:val="both"/>
      </w:pPr>
      <w:r>
        <w:t>El razonamiento del hombre. Los Ángeles podrían pecar. 2Ped 2:4. Jd 1:6. Heb 2:14-18. A los Ángeles no se les ofreció el ser perdonados.</w:t>
      </w:r>
    </w:p>
    <w:p>
      <w:pPr>
        <w:spacing w:after="120" w:line="276" w:lineRule="auto"/>
        <w:ind w:firstLine="360"/>
        <w:jc w:val="both"/>
      </w:pPr>
      <w:r>
        <w:t>¿Habrá otra orden creada que no conocemos? Gen 3. Gen 3:1. Gen 3:14. ¿Caería de una galaxia de otros seres vivos? No lo sé. Génesis 3 es real. Si es figurativo entonces otras cosas en la Biblia en otras partes son figurativas.</w:t>
      </w:r>
    </w:p>
    <w:p>
      <w:pPr>
        <w:spacing w:after="120" w:line="276" w:lineRule="auto"/>
        <w:ind w:firstLine="360"/>
        <w:jc w:val="both"/>
      </w:pPr>
      <w:r>
        <w:t>¿Fue Satanás hijo de Dios? Job 1:6-8. Job 2:1-6. Dice que vino con ellos pero no dice que sea uno de ellos. 2Ped 2:4. Jd 1:6. 1Ped 5:8. Heb 2:14. 1Cor 15:25.</w:t>
      </w:r>
    </w:p>
    <w:p>
      <w:pPr>
        <w:spacing w:after="120" w:line="276" w:lineRule="auto"/>
        <w:ind w:firstLine="360"/>
        <w:jc w:val="both"/>
      </w:pPr>
      <w:r>
        <w:t>¿Qué acerca de revelación 12? Apo 12:7-9. Veía caer a Satanás… Lc 10:17-18.</w:t>
      </w:r>
    </w:p>
    <w:p>
      <w:pPr>
        <w:spacing w:after="120" w:line="276" w:lineRule="auto"/>
        <w:ind w:firstLine="360"/>
        <w:jc w:val="both"/>
      </w:pPr>
      <w:r>
        <w:t>¿Qué de los reyes del antiguo testamento? 1Rey 22:16-23. Similar a Job 1 y 2. Isa 14:9-17. Isa 14:4-7. Ver comentarios. Eze 28:13-19. Eze 28:12. No habla del Diablo. ¿Fue el diablo fiel a Dios? Jn 8:44. Otros mitos que conectan a la Biblia: todo es ficción.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