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ADONDE VAS</w:t>
      </w:r>
    </w:p>
    <w:p>
      <w:pPr>
        <w:spacing w:after="120" w:line="276" w:lineRule="auto"/>
        <w:ind w:firstLine="360"/>
        <w:jc w:val="both"/>
      </w:pPr>
      <w:r>
        <w:t>Quo vadis: novela, mito y película. Pedro huyendo de Roma. Película 1913, 1951, 2001. Mucho mito católico. Sin embargo es una pregunta que podemos considerar: ¿Adónde vas? ¿Adónde va la iglesia?</w:t>
      </w:r>
    </w:p>
    <w:p>
      <w:pPr>
        <w:spacing w:after="120" w:line="276" w:lineRule="auto"/>
        <w:ind w:firstLine="360"/>
        <w:jc w:val="both"/>
      </w:pPr>
      <w:r>
        <w:t>Proponerse a ser más fiel. Atender a las reuniones. Heb 2:3. Para hacer crecer la Iglesia. Efe 4:16. Estar más motivado. Rom 8:6. Hacer frente a: 1Jn 2:15-17.</w:t>
      </w:r>
    </w:p>
    <w:p>
      <w:pPr>
        <w:spacing w:after="120" w:line="276" w:lineRule="auto"/>
        <w:ind w:firstLine="360"/>
        <w:jc w:val="both"/>
      </w:pPr>
      <w:r>
        <w:t>Proponernos a tener mejores familias. Entretenimiento. Col 4:6. Más respetuoso. Efe 6:3-4. Efe 5:33. 1Ped 3:7.</w:t>
      </w:r>
    </w:p>
    <w:p>
      <w:pPr>
        <w:spacing w:after="120" w:line="276" w:lineRule="auto"/>
        <w:ind w:firstLine="360"/>
        <w:jc w:val="both"/>
      </w:pPr>
      <w:r>
        <w:t>Más útil. Propósito de salvar almas. Invita y trae gente. Hech 10:24. Conversación sobre Cristo, la Biblia, la Iglesia. Estudia la Biblia con alguien.</w:t>
      </w:r>
    </w:p>
    <w:p>
      <w:pPr>
        <w:spacing w:after="120" w:line="276" w:lineRule="auto"/>
        <w:ind w:firstLine="360"/>
        <w:jc w:val="both"/>
      </w:pPr>
      <w:r>
        <w:t>Acciona en dar más de ti mismo. 2Cor 8:5. Interés en los demás. Rom 14:7. Preocuparnos unos por otros. 1Cor 12:25. Útil para los demás. Gal 6:10.</w:t>
      </w:r>
    </w:p>
    <w:p>
      <w:pPr>
        <w:spacing w:after="120" w:line="276" w:lineRule="auto"/>
        <w:ind w:firstLine="360"/>
        <w:jc w:val="both"/>
      </w:pPr>
      <w:r>
        <w:t>Hacer la voluntad de Dios. Conviértete y sé cristiano. 1Ped 4:16. Sirve a Dios por sobre todas las cosas. Gal 6:17. Servirle más que todo. Jn 6:68-69.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