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VERDADEROS ADORADORES DE DIOS.</w:t>
      </w:r>
    </w:p>
    <w:p>
      <w:pPr>
        <w:spacing w:after="120" w:line="276" w:lineRule="auto"/>
        <w:ind w:firstLine="360"/>
        <w:jc w:val="both"/>
      </w:pPr>
      <w:r>
        <w:t>Lamentable muchos cristianos ven la adoración de Dios muy superficialmente no dejemos ni nos alejemos de la adoración a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Dios desea verdaderos adoradores. Juan.4:23-24.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Los verdaderos adoradores no dejan de reunirse. Hebreos.10:25.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Los verdaderos adoradores no se alejan de la adoración de Dios. Lucas.2:37.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Los verdaderos adoradores imitan a su Maestro. Lucas.4:16.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Los verdaderos adoradores se reúnen día tras días para adorar a Dios. Hechos.2:46.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Los verdaderos adoradores aún con bastón adoran. Hebreos.11:21.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Los verdaderos adoradores se esfuerzan por adorar. Lucas.13:34.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Los verdaderos adoradores luchan por acabar su carrera. II Timoteo.4:7-8.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Los verdaderos adoradores buscan primeramente el reino de Dios. Mateo.6:33.</w:t>
      </w:r>
    </w:p>
    <w:p>
      <w:pPr>
        <w:spacing w:after="120" w:line="276" w:lineRule="auto"/>
        <w:ind w:firstLine="360"/>
        <w:jc w:val="both"/>
      </w:pPr>
      <w:r>
        <w:t>¿Es Usted un verdadero adorador de Dios?</w:t>
      </w:r>
    </w:p>
    <w:p>
      <w:pPr>
        <w:spacing w:after="120" w:line="276" w:lineRule="auto"/>
        <w:ind w:firstLine="360"/>
        <w:jc w:val="both"/>
      </w:pPr>
      <w:r>
        <w:t>¿Le está adorando como El lo manda?</w:t>
      </w:r>
    </w:p>
    <w:p>
      <w:pPr>
        <w:spacing w:after="120" w:line="276" w:lineRule="auto"/>
        <w:ind w:firstLine="360"/>
        <w:jc w:val="both"/>
      </w:pPr>
      <w:r>
        <w:t>¿O se está alejando de la adoración a Dios?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