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LA JUVENTUD</w:t>
      </w:r>
    </w:p>
    <w:p>
      <w:pPr>
        <w:spacing w:after="120" w:line="276" w:lineRule="auto"/>
        <w:ind w:firstLine="360"/>
        <w:jc w:val="both"/>
      </w:pPr>
      <w:r>
        <w:t>ECLESIASTÉS 12:1. LOS JÓVENES PUEDEN LIMPIAR SU CAMINO CON LA PALABRA DE DIOS. SALMOS 119:9. HAY MUCHOS JÓVENES QUE SE ACORDARON DE DIOS DESDE SU JUVENTUD.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1. JOSÉ TENÍA 17 AÑOS. GÉNESIS 37:2. Y NO QUISO PECAR CONTRA DIOS. GÉNESIS 39:7-9.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SAMUEL. I SAMUEL 1:22-28; 2:26.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DAVID. I SAMUEL 17:33.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4. SALOMÓN. I REYES 3:7-9.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5. ABDIAS. I REYES 18:5-12.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6. AZARIAS TENÍA 17 AÑOS. II REYES 15:1-3.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7. JOSÍAS TENÍA 8 AÑITOS. II REYES 22:1-2.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8. JEREMÍAS. JEREMÍAS 1:6-7.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9. TIMOTEO ERA UN JOVEN. HECHOS 16:1-2.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10. EL EJEMPLO SUPREMO ES EL DE NUESTRO SEÑOR JESUCRISTO. LUCAS 2:49, 52.</w:t>
      </w:r>
    </w:p>
    <w:p>
      <w:pPr>
        <w:spacing w:after="120" w:line="276" w:lineRule="auto"/>
        <w:ind w:firstLine="360"/>
        <w:jc w:val="both"/>
      </w:pPr>
      <w:r>
        <w:t>PADRE, ES TU RESPONSABILIDAD ENSEÑAR A TU HIJO. DEUTERONOMIO 6:7. JOVEN, HUYE DE LAS PASIONES JUVENILES. II TIMOTEO 2:22. PORQUE DIOS TE JUZGARA UN DÍA. ECLESIASTÉS 11:9. BUSCA A DIOS DESDE TU JUVENTUD.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