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ENOC AGRADO A DIOS</w:t>
      </w:r>
    </w:p>
    <w:p>
      <w:pPr>
        <w:spacing w:after="120" w:line="276" w:lineRule="auto"/>
        <w:ind w:firstLine="360"/>
        <w:jc w:val="both"/>
      </w:pPr>
      <w:r>
        <w:t>HEBREOS 11:5. ENOC ES UNO DE LOS POCOS QUE LA BIBLIA DA TESTIMONIO DE HABER AGRADADO A DIOS. ¿PORQUE AGRADO A DIOS?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ENOC CAMINO CON DIOS. GÉNESIS 5:22-24. NOSOTROS DEBEMOS CAMINAR CON DIOS. ROMANOS 6:4; 13:13; EFESIOS 5:2; COLOSENSES 4:5.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ENOC ANDUVO POR FE. HEBREOS 11:5. NOSOTROS DEBEMOS ANDAR POR FE. II CORINTIOS 5:7. II CORINTIOS 4:18; I CORINTIOS 16:13.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ENOC TESTIFICÓ, PREDICO DE DIOS. JUDAS 14-15. NOSOTROS DEBEMOS PREDICAR. MATEO 28:18-20; HECHOS 18:5.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ENOC AGRADO A DIOS. HEBREOS 11:5. NOSOTROS DEBEMOS AGRADAR A DIOS. COLOSENSES 1:10; I TESALONICENSES 4:1; HEBREOS 13:15-16; I JUAN 3:22.</w:t>
      </w:r>
    </w:p>
    <w:p>
      <w:pPr>
        <w:spacing w:after="120" w:line="276" w:lineRule="auto"/>
        <w:ind w:firstLine="360"/>
        <w:jc w:val="both"/>
      </w:pPr>
      <w:r>
        <w:t>¿ESTAMOS AGRADANDO A DIOS? ¿SI NO PORQUE NO? SEAMOS COMO ENOC, EL AGRADO A DIOS Y NO VIO LA MUERTE. NOSOTROS VAMOS A OBTENER UNA VIDA ETERNA.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