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EL ACCESO A DIOS</w:t>
      </w:r>
    </w:p>
    <w:p>
      <w:pPr>
        <w:spacing w:after="120" w:line="276" w:lineRule="auto"/>
        <w:ind w:firstLine="360"/>
        <w:jc w:val="both"/>
      </w:pPr>
      <w:r>
        <w:t>LOS PECADORES NO PUEDEN ACERCARSE A DIOS.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POR SUS PECADOS. ISAÍAS 59:1-2.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SON ENEMIGOS DE DIOS. EFESIOS 2:12; COLOSENSES 1:21.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ESTÁN MUERTOS EN SUS DELITOS Y PECADOS. EFESIOS 2:1.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DIOS NO OYE A LOS PECADORES. SALMOS 34:15; 33:18; JUAN 9:31.</w:t>
      </w:r>
    </w:p>
    <w:p>
      <w:pPr>
        <w:spacing w:after="120" w:line="276" w:lineRule="auto"/>
        <w:ind w:firstLine="360"/>
        <w:jc w:val="both"/>
      </w:pPr>
      <w:r>
        <w:t>PERO ELLOS PUEDEN LLEGAR A TENER ACCESO A DIOS SI OBEDECEN AL EVANGELIO.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OIR LA PALABRA DE DIOS. ROMANOS 10:17.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CREER. MARCOS 16:16.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ARREPENTIRSE. HECHOS 2:38.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CONFESAR. ROMANOS 10:9-10.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BAUTIZARSE PARA EL PERDÓN DE SUS PECADOS. HECHOS 2:38; I PEDRO 3:21.</w:t>
      </w:r>
    </w:p>
    <w:p>
      <w:pPr>
        <w:spacing w:after="120" w:line="276" w:lineRule="auto"/>
        <w:ind w:firstLine="360"/>
        <w:jc w:val="both"/>
      </w:pPr>
      <w:r>
        <w:t>LOS CRISTIANOS TENEMOS ACCESO A DIOS POR MEDIO DE JESUCRISTO.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EL ES EL MEDIADOR. I TIMOTEO 2:5.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HALLAMOS OPORTUNO SOCORRO. HEBREOS 4:14-16; 10:21-23. ROMANOS 5:1-2.</w:t>
      </w:r>
    </w:p>
    <w:p>
      <w:pPr>
        <w:spacing w:after="120" w:line="276" w:lineRule="auto"/>
        <w:ind w:firstLine="360"/>
        <w:jc w:val="both"/>
      </w:pPr>
      <w:r>
        <w:t>QUE GRAN BENDICIÓN TENEMOS COMO CRISTIANOS, NO DESAPROVECHEMOS ESTA OPORTUNIDAD.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