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UNA COSA TE FALTA PARA HEREDAR LA VIDA ETERNA</w:t>
      </w:r>
    </w:p>
    <w:p>
      <w:pPr>
        <w:spacing w:after="120" w:line="276" w:lineRule="auto"/>
        <w:ind w:firstLine="360"/>
        <w:jc w:val="both"/>
      </w:pPr>
      <w:r>
        <w:t>MARCOS 10:21. ¿QUE NOS ESTA FALTANDO A NOSOTROS?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¿DEJAR UNA RELACION ILÍCITA? MARCOS 6:17-18.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¿DEJAR LA MALICIA? I PEDRO 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¿DEJAR LA MENTIRA? EFESIOS 4:25.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¿DEJAR DE SER TROPIEZO A OTROS? I CORINTIOS 8:9.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¿DEJAR LAS MALAS PALABRAS? EFESIOS 4:29.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¿DEJAR DE ENOJARNOS? EFESIOS 4:26.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¿DEJAR EL LICOR? I CORINTIOS 6:10.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¿DEJAR DE ESTAR ENEMISTADO CON EL HERMANO? MATEO 5:21-25.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¿DEJAR LAS MALAS COMPAÑÍAS? I CORINTIOS 15:33.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¿DEJAR NUESTRO ORGULLO? SANTIAGO 4:6.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¿HACER MORIR EL YO EN USTED? GALATAS 2:20.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¿DEJAR DE COMETER ADULTERIO ESPIRITUAL? MATEO 5:28.</w:t>
      </w:r>
    </w:p>
    <w:p>
      <w:pPr>
        <w:spacing w:after="120" w:line="276" w:lineRule="auto"/>
        <w:ind w:firstLine="360"/>
        <w:jc w:val="both"/>
      </w:pPr>
      <w:r>
        <w:t>A ESTE JOVEN LE FALTO UNA COSA PARA HEREDAR LA VIDA ETERNA. ¿QUE NOS IMPEDIRÁ A NOSOTROS HEREDAR LA VIDA ETERNA?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