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PAGAR BIEN POR MAL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JOSE NO TOMO REPRESALIAS HACIA SUS HERMANOS. GENESIS 45:15.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MOISES NO TOMO REPRESALIAS. NUMEROS 12:13.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DAVID NO SE VENGO DE SAUL. I SAMUEL 26:11.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JESUS SANO EN VEZ DE TOMAR REPRESALIAS. LUCAS 22:51.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JESUS RESPONDIO CON PERDON. LUCAS 23:34.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ESTEBAN RESPONDIO PERDONANDO. HECHOS 7:60.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EL APOSTOL PABLO NO SE VENGABA. I CORINTIOS 4:12.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NOSOTROS NO TENEMOS QUE TOMAR REPRESALIAS, VENGANZA HACIA NADIE. ROMANOS 12:18-21.</w:t>
      </w:r>
    </w:p>
    <w:p>
      <w:pPr>
        <w:spacing w:after="120" w:line="276" w:lineRule="auto"/>
        <w:ind w:firstLine="360"/>
        <w:jc w:val="both"/>
      </w:pPr>
      <w:r>
        <w:t>DIOS NOS AYUDE A NO TOMAR VENGANZA.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