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SERVICIO ACEPTABLE DELANTE DE DIOS</w:t>
      </w:r>
    </w:p>
    <w:p>
      <w:pPr>
        <w:spacing w:after="200"/>
        <w:jc w:val="center"/>
      </w:pPr>
      <w:r>
        <w:rPr>
          <w:i/>
          <w:color w:val="1F3B63"/>
          <w:sz w:val="24"/>
        </w:rPr>
        <w:t>I PEDRO 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NUESTRO CUERPO DEBE SER UN SACRIFICIO ACEPTABLE DELANTE DE DIOS. ROMANOS 12:1-2.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SACRIFICIO DE ALABANZA. HEBREOS 13:15.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SACRIFICIO DE BUENAS OBRAS. HEBREOS 13:16.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SACRIFICIO DE LAS POSESIONES O DEL BOLSILLO. HEBREOS 13:16.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EL SACRIFICIO DEL SERVICIO. ROMANOS 15:16.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EL SACRIFICIO DE ANDAR EN AMOR. EFESIOS 5:2.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EL SACRIFICIO DE UN ESPIRITU CONTRITO Y HUMILLADO. SALMOS 51:17.</w:t>
      </w:r>
    </w:p>
    <w:p>
      <w:pPr>
        <w:spacing w:after="120" w:line="276" w:lineRule="auto"/>
        <w:ind w:firstLine="360"/>
        <w:jc w:val="both"/>
      </w:pPr>
      <w:r>
        <w:t>DIOS NOS AYUDE A SER SACERDOTES Y OFRECER LOS SACRIFICIOS QUE LE AGRADAN A DIOS.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