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EL JUICIO DE DIOS</w:t>
      </w:r>
    </w:p>
    <w:p>
      <w:pPr>
        <w:spacing w:after="120" w:line="276" w:lineRule="auto"/>
        <w:ind w:firstLine="360"/>
        <w:jc w:val="both"/>
      </w:pPr>
      <w:r>
        <w:t>Muchos no creen en el juicio de Dios.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I. EL JUICIO DE DIOS.</w:t>
      </w:r>
    </w:p>
    <w:p>
      <w:pPr>
        <w:spacing w:after="60" w:line="269" w:lineRule="auto"/>
        <w:ind w:left="864" w:hanging="432"/>
      </w:pPr>
      <w:r>
        <w:rPr>
          <w:b w:val="0"/>
        </w:rPr>
        <w:t>1. El juicio de Dios es verdadero. Apocalipsis.16:7; 19:2.</w:t>
      </w:r>
    </w:p>
    <w:p>
      <w:pPr>
        <w:spacing w:after="60" w:line="269" w:lineRule="auto"/>
        <w:ind w:left="864" w:hanging="432"/>
      </w:pPr>
      <w:r>
        <w:rPr>
          <w:b w:val="0"/>
        </w:rPr>
        <w:t>2. Dios trae toda obra a juicio. Eclesiástes.12:14; Romano.2:16.</w:t>
      </w:r>
    </w:p>
    <w:p>
      <w:pPr>
        <w:spacing w:after="60" w:line="269" w:lineRule="auto"/>
        <w:ind w:left="864" w:hanging="432"/>
      </w:pPr>
      <w:r>
        <w:rPr>
          <w:b w:val="0"/>
        </w:rPr>
        <w:t>3. Pagará a cada uno conforme a sus obras. Romanos.2:6.</w:t>
      </w:r>
    </w:p>
    <w:p>
      <w:pPr>
        <w:spacing w:after="60" w:line="269" w:lineRule="auto"/>
        <w:ind w:left="864" w:hanging="432"/>
      </w:pPr>
      <w:r>
        <w:rPr>
          <w:b w:val="0"/>
        </w:rPr>
        <w:t>4. Félix se espanto al oír del juicio. Hechos.24:25.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II. TODAS LAS PERSONAS SERÁN JUZGADAS.</w:t>
      </w:r>
    </w:p>
    <w:p>
      <w:pPr>
        <w:spacing w:after="60" w:line="269" w:lineRule="auto"/>
        <w:ind w:left="864" w:hanging="432"/>
      </w:pPr>
      <w:r>
        <w:rPr>
          <w:b w:val="0"/>
        </w:rPr>
        <w:t>1. Los muertos. II Timoteo.4:1; I Pedro.4:5.</w:t>
      </w:r>
    </w:p>
    <w:p>
      <w:pPr>
        <w:spacing w:after="60" w:line="269" w:lineRule="auto"/>
        <w:ind w:left="864" w:hanging="432"/>
      </w:pPr>
      <w:r>
        <w:rPr>
          <w:b w:val="0"/>
        </w:rPr>
        <w:t>2. Los angeles. II Pedro.2:4; Judas.6.</w:t>
      </w:r>
    </w:p>
    <w:p>
      <w:pPr>
        <w:spacing w:after="60" w:line="269" w:lineRule="auto"/>
        <w:ind w:left="864" w:hanging="432"/>
      </w:pPr>
      <w:r>
        <w:rPr>
          <w:b w:val="0"/>
        </w:rPr>
        <w:t>3. Los que no creyeron a la verdad. II Tesalonicenses.2:12.</w:t>
      </w:r>
    </w:p>
    <w:p>
      <w:pPr>
        <w:spacing w:after="60" w:line="269" w:lineRule="auto"/>
        <w:ind w:left="864" w:hanging="432"/>
      </w:pPr>
      <w:r>
        <w:rPr>
          <w:b w:val="0"/>
        </w:rPr>
        <w:t>4. A su pueblo. Hebreos.10:30.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III. TODAS LAS COSAS SERÁN JUZGADAS.</w:t>
      </w:r>
    </w:p>
    <w:p>
      <w:pPr>
        <w:spacing w:after="60" w:line="269" w:lineRule="auto"/>
        <w:ind w:left="864" w:hanging="432"/>
      </w:pPr>
      <w:r>
        <w:rPr>
          <w:b w:val="0"/>
        </w:rPr>
        <w:t>1. Todo lo que hagamos. II Corintios.5:10.</w:t>
      </w:r>
    </w:p>
    <w:p>
      <w:pPr>
        <w:spacing w:after="60" w:line="269" w:lineRule="auto"/>
        <w:ind w:left="864" w:hanging="432"/>
      </w:pPr>
      <w:r>
        <w:rPr>
          <w:b w:val="0"/>
        </w:rPr>
        <w:t>2. Los secreto. I Corintios.4:5.</w:t>
      </w:r>
    </w:p>
    <w:p>
      <w:pPr>
        <w:spacing w:after="60" w:line="269" w:lineRule="auto"/>
        <w:ind w:left="864" w:hanging="432"/>
      </w:pPr>
      <w:r>
        <w:rPr>
          <w:b w:val="0"/>
        </w:rPr>
        <w:t>3. Las cosas escondidas. Eclesiastés.12:14; Marcos.4:22.</w:t>
      </w:r>
    </w:p>
    <w:p>
      <w:pPr>
        <w:spacing w:after="60" w:line="269" w:lineRule="auto"/>
        <w:ind w:left="864" w:hanging="432"/>
      </w:pPr>
      <w:r>
        <w:rPr>
          <w:b w:val="0"/>
        </w:rPr>
        <w:t>4. Toda palabra. Mateo.12:36.</w:t>
      </w:r>
    </w:p>
    <w:p>
      <w:pPr>
        <w:spacing w:after="120" w:line="276" w:lineRule="auto"/>
        <w:ind w:firstLine="360"/>
        <w:jc w:val="both"/>
      </w:pPr>
      <w:r>
        <w:t>Nada va a estar oculto.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IV. AQUEL DÍA SE LLAMA:</w:t>
      </w:r>
    </w:p>
    <w:p>
      <w:pPr>
        <w:spacing w:after="60" w:line="269" w:lineRule="auto"/>
        <w:ind w:left="864" w:hanging="432"/>
      </w:pPr>
      <w:r>
        <w:rPr>
          <w:b w:val="0"/>
        </w:rPr>
        <w:t>1. El día de Dios. II Pedro.3:12.</w:t>
      </w:r>
    </w:p>
    <w:p>
      <w:pPr>
        <w:spacing w:after="60" w:line="269" w:lineRule="auto"/>
        <w:ind w:left="864" w:hanging="432"/>
      </w:pPr>
      <w:r>
        <w:rPr>
          <w:b w:val="0"/>
        </w:rPr>
        <w:t>2. El día del Señor. II Pedro.3:10.</w:t>
      </w:r>
    </w:p>
    <w:p>
      <w:pPr>
        <w:spacing w:after="60" w:line="269" w:lineRule="auto"/>
        <w:ind w:left="864" w:hanging="432"/>
      </w:pPr>
      <w:r>
        <w:rPr>
          <w:b w:val="0"/>
        </w:rPr>
        <w:t>3. Aquel día. II Tesalonicenses.1:10.</w:t>
      </w:r>
    </w:p>
    <w:p>
      <w:pPr>
        <w:spacing w:after="60" w:line="269" w:lineRule="auto"/>
        <w:ind w:left="864" w:hanging="432"/>
      </w:pPr>
      <w:r>
        <w:rPr>
          <w:b w:val="0"/>
        </w:rPr>
        <w:t>4. El día postrero. Juan.12:48.</w:t>
      </w:r>
    </w:p>
    <w:p>
      <w:pPr>
        <w:spacing w:after="60" w:line="269" w:lineRule="auto"/>
        <w:ind w:left="864" w:hanging="432"/>
      </w:pPr>
      <w:r>
        <w:rPr>
          <w:b w:val="0"/>
        </w:rPr>
        <w:t>5. El gran día. Judas.6.</w:t>
      </w:r>
    </w:p>
    <w:p>
      <w:pPr>
        <w:spacing w:after="60" w:line="269" w:lineRule="auto"/>
        <w:ind w:left="864" w:hanging="432"/>
      </w:pPr>
      <w:r>
        <w:rPr>
          <w:b w:val="0"/>
        </w:rPr>
        <w:t>6. El día de la ira. Romanos.2:5.</w:t>
      </w:r>
    </w:p>
    <w:p>
      <w:pPr>
        <w:spacing w:after="60" w:line="269" w:lineRule="auto"/>
        <w:ind w:left="864" w:hanging="432"/>
      </w:pPr>
      <w:r>
        <w:rPr>
          <w:b w:val="0"/>
        </w:rPr>
        <w:t>7. El día del juicio. I Juan.4:17.</w:t>
      </w:r>
    </w:p>
    <w:p>
      <w:pPr>
        <w:spacing w:after="120" w:line="276" w:lineRule="auto"/>
        <w:ind w:firstLine="360"/>
        <w:jc w:val="both"/>
      </w:pPr>
      <w:r>
        <w:t>¿Estamos preparados para este día? Amos.4:12.</w:t>
      </w:r>
    </w:p>
    <w:p>
      <w:pPr>
        <w:spacing w:after="120" w:line="276" w:lineRule="auto"/>
        <w:ind w:firstLine="360"/>
        <w:jc w:val="both"/>
      </w:pPr>
      <w:r>
        <w:t>POR: Mario J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