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DIOS HONRA A LOS QUE LO HONRAN A EL</w:t>
      </w:r>
    </w:p>
    <w:p>
      <w:pPr>
        <w:spacing w:after="200"/>
        <w:jc w:val="center"/>
      </w:pPr>
      <w:r>
        <w:rPr>
          <w:i/>
          <w:color w:val="1F3B63"/>
          <w:sz w:val="24"/>
        </w:rPr>
        <w:t>I SAMUEL 2:30.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POR ESO DEBEMOS HONRAR A DIOS CON NUESTROS BIENES. PROVERBIOS 3:9-10. YA QUE SI LE HONRAMOS EL NOS VA A HONRAR. I CORINTIOS 16:1-2. MATEO 12:41-44.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EN MALAQUIAS 1:6 EL HIJO HONRA AL PADRE. MALAQUIAS 1:7-8.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HONRAMOS A DIOS CON NUESTRO TIEMPO. SALMOS 27:4. DANIEL 6:10. EFESIOS 5:16, COLOSENSES 4:5.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HONRAMOS A DIOS CON NUESTRO TALENTO. MATEO 25:14-30. ROMANOS 12:3-8. OREMOS. I TESALONICENSES 5:17. CANTEMOS. EFESIOS 5:19. LA ENSEÑANZA. HECHOS 2:42. EL PARTICIPAR DE LA CENA DEL SEÑOR. HECHOS 20:7. OFRENDAR. I CORINTIOS 16:1-2.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HONRAMOS A DIOS CON NUESTRAS PRIORIDADES. MATEO 6:33. COLOSENSES 3:1-2. LUCAS 10:42.</w:t>
      </w:r>
    </w:p>
    <w:p>
      <w:pPr>
        <w:spacing w:after="120" w:line="276" w:lineRule="auto"/>
        <w:ind w:firstLine="360"/>
        <w:jc w:val="both"/>
      </w:pPr>
      <w:r>
        <w:t>HONREMOS A DIOS PARA QUE EL NOS HONRE.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