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FE Y LA PACIENCIA</w:t>
      </w:r>
    </w:p>
    <w:p>
      <w:pPr>
        <w:spacing w:after="120" w:line="276" w:lineRule="auto"/>
        <w:ind w:firstLine="360"/>
        <w:jc w:val="both"/>
      </w:pPr>
      <w:r>
        <w:t>SANTIAGO 5:7-11. SANTIAGO NOS ANIMA A QUE SEAMOS PACIENTES HASTA LA VENIDA DE CRISTO. V.7.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NOS PONE EL EJEMPLO DEL LABRADOR, AGRICULTOR. GALATAS 6:9.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FORTALECER NUESTROS CORAZONES. V.8. I TESALONICENSES 3:13.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NO DEBEMOS DE QUEJARNOS LOS UNOS DE LOS OTROS. V.9. SANTIAGO 4:11.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DEBEMOS DE TOMAR COMO EJEMPLO LA PACIENCIA DE LOS PROFETAS. V.10. MATEO 5:10-12.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TOMAR EL EJEMPLO DE JOB. V.11. I PEDRO 3:14; JOB 1:21-22.</w:t>
      </w:r>
    </w:p>
    <w:p>
      <w:pPr>
        <w:spacing w:after="120" w:line="276" w:lineRule="auto"/>
        <w:ind w:firstLine="360"/>
        <w:jc w:val="both"/>
      </w:pPr>
      <w:r>
        <w:t>VIVIMOS EN UN MUNDO MUY IMPACIENTE. LO VEMOS EN LOS SUPERMERCADOS, BANCOS, TRABAJO, EL TRAFICO. DEBEMOS CORRER CON PACIENCIA ESTA CARRERA. HEBREOS 12:1. SEAMOS PACIENTES HASTA LA VENIDA DE CRISTO PARA QUE NOS HALLE. II PEDRO 3:11. ¿SOMOS PACIENTES?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