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CUIDANDO NUESTRA SALVACION</w:t>
      </w:r>
    </w:p>
    <w:p>
      <w:pPr>
        <w:spacing w:after="200"/>
        <w:jc w:val="center"/>
      </w:pPr>
      <w:r>
        <w:rPr>
          <w:i/>
          <w:color w:val="1F3B63"/>
          <w:sz w:val="24"/>
        </w:rPr>
        <w:t>FILIPENSES 2:12.</w:t>
      </w:r>
    </w:p>
    <w:p>
      <w:pPr>
        <w:spacing w:after="120" w:line="276" w:lineRule="auto"/>
        <w:ind w:firstLine="360"/>
        <w:jc w:val="both"/>
      </w:pPr>
      <w:r>
        <w:t>NUESTRA SALVACIÓN ES LO MAS IMPORTANTE PORQUE DE NADA VA SERVIR QUE GANEMOS EL MUNDO Y PERDAMOS EL ALMA. MATEO 16:26.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DEBEMOS PRESTAR MUCHA MAYOR ATENCION. HEBREOS 2:1-4.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PARA NO DESCUIDAR LA SALVACION DEBEMOS DESECHAR. I PEDRO 2:1-3.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DEBEMOS CUIDAR LA ENSEÑANZA. I TIMOTEO 4:16.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TENER CUIDADO DE NO TENER UN CORAZON INCREDULO. HEBREOS 3:13.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SER HACEDORES Y NO SOLO OIDORES DE LA PALABRA. SANTIAGO 1:22-24.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NO DEJAR DE REUNIRNOS. HEBREOS 10:25.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SI DESCUIDAMOS NUESTRA SALVACION VAMOS A PERDER NUESTRA ALMA, LO MAS VALIOSO QUE TENEMOS.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ASI QUE NO RETROCEDAMOS NI DESCUIDEMOS NUESTRA SALVACION. HEBREOS 10:35-39.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