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CINCO RAZONES PORQUE DEBO DE CONFIAR EN DIOS</w:t>
      </w:r>
    </w:p>
    <w:p>
      <w:pPr>
        <w:spacing w:after="200"/>
        <w:jc w:val="center"/>
      </w:pPr>
      <w:r>
        <w:rPr>
          <w:i/>
          <w:color w:val="1F3B63"/>
          <w:sz w:val="24"/>
        </w:rPr>
        <w:t>ISAIAS 41:10.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PORQUE EL ESTA CONMIGO. ISAIAS 41:10. DIOS SIEMPRE ESTARA CON NOSOTROS. MATEO 28:10. NUNCA NOS DEJARA NI NOS ABANDONARA. HEBREOS 13:5.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PORQUE EL ES MI DIOS. ISAIAS 41:10. SOMOS HIJOS DE DIOS. I JUAN 4:4. II TIMOTEO 1:12. Y COMO HIJOS DEBEMOS DE CONFIAR EN NUESTRO PADRE CELESTIAL.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ME FORTALECE. ISAIAS 41:10. DIOS NOS ESTA FORTALECIENDO SIEMPRE. FILIPENSES 4:13. SALMOS 73:26. II CORINTIOS 12:10. SALMOS 18:1-2. II TESALONICENSES 3:3. I CRONICAS 16:11.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ME AYUDARA. ISAIAS 41:10. DIOS SIEMPRE NOS AYUDARA A SALIR. I CORINTIOS 10:13. EL NOS RESCATARA. II PEDRO 2:7. SALMOS 44:7, 18:48.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NOS SOSTIENE. ISAIAS 41:10. DIOS NOS SOSTIENE PARA ESTAR DE PIE SIEMPRE. ISAIAS 41:13. SALMOS 37:24, 145:14, 94:18. ROMANOS 14:4.</w:t>
      </w:r>
    </w:p>
    <w:p>
      <w:pPr>
        <w:spacing w:after="120" w:line="276" w:lineRule="auto"/>
        <w:ind w:firstLine="360"/>
        <w:jc w:val="both"/>
      </w:pPr>
      <w:r>
        <w:t>DEBO DE ESTAR SIEMPRE CONFIADO EN DIOS, NUNCA DUDAR DE EL.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