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EJECUTO LO BUENO, LO RECTO, LO VERDADERO</w:t>
      </w:r>
    </w:p>
    <w:p>
      <w:pPr>
        <w:spacing w:after="200"/>
        <w:jc w:val="center"/>
      </w:pPr>
      <w:r>
        <w:rPr>
          <w:i/>
          <w:color w:val="1F3B63"/>
          <w:sz w:val="24"/>
        </w:rPr>
        <w:t>II CRONICAS 31:20-21.</w:t>
      </w:r>
    </w:p>
    <w:p>
      <w:pPr>
        <w:spacing w:after="120" w:line="276" w:lineRule="auto"/>
        <w:ind w:firstLine="360"/>
        <w:jc w:val="both"/>
      </w:pPr>
      <w:r>
        <w:t>EZEQUIAS HIZO LO BUENO.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NOSOTROS DEBEMOS HACER LO BUENO. DEUTERONOMIO 6:18.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DEBEMOS DE SER BUENOS SIERVOS. MATEO 25:21.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DEBEMOS DE SEGUIR LO BUENO. ROMANOS 12:9.</w:t>
      </w:r>
    </w:p>
    <w:p>
      <w:pPr>
        <w:spacing w:after="120" w:line="276" w:lineRule="auto"/>
        <w:ind w:firstLine="360"/>
        <w:jc w:val="both"/>
      </w:pPr>
      <w:r>
        <w:t>EZEQUIAS HIZO LO RECTO.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NOSOTROS DEBEMOS HACER LO RECTO. DEUTERONOMIO 6:18.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SI SOMOS RECTOS NOS VAMOS A APARTAR DEL MAL. PROVERBIOS 16:17.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NO DEBEMOS DE APARTARNOS DEL CAMINO RECTO. II PEDRO 2:15.</w:t>
      </w:r>
    </w:p>
    <w:p>
      <w:pPr>
        <w:spacing w:after="120" w:line="276" w:lineRule="auto"/>
        <w:ind w:firstLine="360"/>
        <w:jc w:val="both"/>
      </w:pPr>
      <w:r>
        <w:t>EZEQUIAS HIZO LO VERDADERO.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NOSOTROS DEBEMOS DE SER VERDADEROS ADORADORES. JUAN 4:23.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DEBEMOS DE BUSCAR Y MEDITAR EN TODO LO VERDADERO. FILIPENSES 4:8.</w:t>
      </w:r>
    </w:p>
    <w:p>
      <w:pPr>
        <w:spacing w:after="120" w:line="276" w:lineRule="auto"/>
        <w:ind w:firstLine="360"/>
        <w:jc w:val="both"/>
      </w:pPr>
      <w:r>
        <w:t>EZEQUIAS BUSCO A DIOS.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NOSOTROS DEBEMOS DE BUSCARLE. PROVERBIOS 8:17.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BUSCARLE SIEMPRE. HECHOS 17:27.</w:t>
      </w:r>
    </w:p>
    <w:p>
      <w:pPr>
        <w:spacing w:after="120" w:line="276" w:lineRule="auto"/>
        <w:ind w:firstLine="360"/>
        <w:jc w:val="both"/>
      </w:pPr>
      <w:r>
        <w:t>POR HABER HECHO TODO ESTO DIOS LE PROSPERO. II CRONICAS 31:21, II CRONICAS 32:27-30. DIOS NOS BENDICE. MATEO 6:33, 19:29. EFESIOS 1:3. AGRADEMOS A DIOS COMO EZEQUIAS LO HIZO.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