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¿DONDE ESTAS TU?</w:t>
      </w:r>
    </w:p>
    <w:p>
      <w:pPr>
        <w:spacing w:after="200"/>
        <w:jc w:val="center"/>
      </w:pPr>
      <w:r>
        <w:rPr>
          <w:i/>
          <w:color w:val="1F3B63"/>
          <w:sz w:val="24"/>
        </w:rPr>
        <w:t>GENESIS 3:9.</w:t>
      </w:r>
    </w:p>
    <w:p>
      <w:pPr>
        <w:spacing w:after="120" w:line="276" w:lineRule="auto"/>
        <w:ind w:firstLine="360"/>
        <w:jc w:val="both"/>
      </w:pPr>
      <w:r>
        <w:t>DIOS SIEMPRE HA PREGUNTADO AL HOMBRE PARA QUE HAGA SU VOLUNTAD. ¿PERO COMO RESPONDEMOS A DIOS CUANDO EL NOS PREGUNTA?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COMO RESPONDIO CAIN. GENESIS 4:9.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COMO RESPONDEMOS NOSOTROS. I JUAN 3:15.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DONDE ESTABA LA GENTE EN EL TIEMPO DE NOE. MATEO 24:37-38.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DONDE ESTABA EL PUEBLO DE ISRAEL. ÉXODO 32:1, 32:7-8.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5. QUE HACIAN LOS APOSTOLES CUANDO JESUS ESTABA ORANDO. MATEO 26:40, 43, 45.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6. DONDE ESTABAN LOS DISCIPULOS CUANDO JESUS ESTA PREDICANDO. JUAN 4:8.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7. DIOS NOS ESTA PREGUNTANDO A TRAVES DE SU PALABRA. ¿Y NOSOTROS QUE ESTAMOS HACIENDO? TRABAJANDO, PLANCHANDO, LAVANDO, COCINANDO, VIENDO TELEVISION, DURMIENDO.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8. CUANDO DEBERIAMOS DE ESTAR REUNIDOS. HEBREOS 10:25.</w:t>
      </w:r>
    </w:p>
    <w:p>
      <w:pPr>
        <w:spacing w:after="120" w:line="276" w:lineRule="auto"/>
        <w:ind w:firstLine="360"/>
        <w:jc w:val="both"/>
      </w:pPr>
      <w:r>
        <w:t>DIOS NOS ESTA PREGUNTANDO: ¿DONDE ESTAS TU?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