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b/>
          <w:color w:val="1F3B63"/>
          <w:sz w:val="36"/>
        </w:rPr>
        <w:t>IMITAR LOS BUENOS EJEMPLOS.</w:t>
      </w:r>
    </w:p>
    <w:p>
      <w:pPr>
        <w:spacing w:after="200"/>
        <w:jc w:val="center"/>
      </w:pPr>
      <w:r>
        <w:rPr>
          <w:i/>
          <w:color w:val="1F3B63"/>
          <w:sz w:val="24"/>
        </w:rPr>
        <w:t>I CORINTIOS.4:16; 11:1.</w:t>
      </w:r>
    </w:p>
    <w:p>
      <w:pPr>
        <w:spacing w:after="120" w:line="276" w:lineRule="auto"/>
        <w:ind w:firstLine="360"/>
        <w:jc w:val="both"/>
      </w:pPr>
      <w:r>
        <w:t>DEBEMOS SER IMITADORES DE LO BUENO. III JUAN.11.</w:t>
      </w:r>
    </w:p>
    <w:p>
      <w:pPr>
        <w:spacing w:after="120" w:line="276" w:lineRule="auto"/>
        <w:ind w:firstLine="360"/>
        <w:jc w:val="both"/>
      </w:pPr>
      <w:r>
        <w:t>DEBEMOS SER IMITADORES COMO: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1. EN DAR COMO LA VIUDA POBRE DIÓ. MARCOS.12:41-44.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2. EN NO APARTARNOS DE LA ADORACIÓN. LUCAS.2:37; HEBREOS.10:25.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3. EN ESTAR ATENTO A LA PALABRA DE DIOS. LUCAS.10:38-42.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4. EN DESPOJARNOS PARA AYUDAR A OTROS. HECHOS.4:34-37. II. CORINTIOS.8:2-3.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5. EN SER RICOS EN BUENAS OBRAS. HECHOS 9:36.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6. EN NO BUSCAR NUESTROS PROPIOS INTERESES. FILIPENSES.2:19-21.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7. EN SER PIADOSO Y TEMEROSO DE DIOS. HECHOS.10:1-2.</w:t>
      </w:r>
    </w:p>
    <w:p>
      <w:pPr>
        <w:spacing w:after="120" w:line="276" w:lineRule="auto"/>
        <w:ind w:firstLine="360"/>
        <w:jc w:val="both"/>
      </w:pPr>
      <w:r>
        <w:t>PENSEMOS SIEMPRE EN TODO LO BUENO. FILIPENSES.4:8.</w:t>
      </w:r>
    </w:p>
    <w:p>
      <w:pPr>
        <w:spacing w:after="120" w:line="276" w:lineRule="auto"/>
        <w:ind w:firstLine="360"/>
        <w:jc w:val="both"/>
      </w:pPr>
      <w:r>
        <w:t>ESFORCEMONOS POR HACER E IMITAR SOLO LO BUENO.</w:t>
      </w:r>
    </w:p>
    <w:p>
      <w:pPr>
        <w:spacing w:after="120" w:line="276" w:lineRule="auto"/>
        <w:ind w:firstLine="360"/>
        <w:jc w:val="both"/>
      </w:pPr>
      <w:r>
        <w:t>I CORINTIOS.10:6; 11. ROMANOS.15:4.</w:t>
      </w:r>
    </w:p>
    <w:p>
      <w:pPr>
        <w:spacing w:after="120" w:line="276" w:lineRule="auto"/>
        <w:ind w:firstLine="360"/>
        <w:jc w:val="both"/>
      </w:pPr>
      <w:r>
        <w:t>¿QUE ESTAMOS IMITANDO?</w:t>
      </w:r>
    </w:p>
    <w:p>
      <w:pPr>
        <w:spacing w:after="120" w:line="276" w:lineRule="auto"/>
        <w:ind w:firstLine="360"/>
        <w:jc w:val="both"/>
      </w:pPr>
      <w:r>
        <w:t>¿LO BUENO O LO MALO?</w:t>
      </w:r>
    </w:p>
    <w:p>
      <w:pPr>
        <w:spacing w:after="120" w:line="276" w:lineRule="auto"/>
        <w:ind w:firstLine="360"/>
        <w:jc w:val="both"/>
      </w:pPr>
      <w:r>
        <w:t>DIOS NOS AYUDE A IMITAR SOLO LO BUENO.</w:t>
      </w:r>
    </w:p>
    <w:p>
      <w:pPr>
        <w:spacing w:after="120" w:line="276" w:lineRule="auto"/>
        <w:ind w:firstLine="360"/>
        <w:jc w:val="both"/>
      </w:pPr>
      <w:r>
        <w:t>POR: MARIO J MORENO.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