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¿SE PUEDEN PERDER LA SALVACION Y LA FE?</w:t>
      </w:r>
    </w:p>
    <w:p>
      <w:pPr>
        <w:spacing w:after="120" w:line="276" w:lineRule="auto"/>
        <w:ind w:firstLine="360"/>
        <w:jc w:val="both"/>
      </w:pPr>
      <w:r>
        <w:t>PREGUNTAS INDIRECTAS EN ESTAS AFIRMACIONES POR, Juan Benigno Arequipa Pérez. "En su carta, el chico dice que la salvación se puede perder, también la fe se puede perder."</w:t>
      </w:r>
    </w:p>
    <w:p>
      <w:pPr>
        <w:spacing w:after="120" w:line="276" w:lineRule="auto"/>
        <w:ind w:firstLine="360"/>
        <w:jc w:val="both"/>
      </w:pPr>
      <w:r>
        <w:t>RESPUESTA, de un servidor.</w:t>
      </w:r>
    </w:p>
    <w:p>
      <w:pPr>
        <w:spacing w:after="120" w:line="276" w:lineRule="auto"/>
        <w:ind w:firstLine="360"/>
        <w:jc w:val="both"/>
      </w:pPr>
      <w:r>
        <w:t>Un saludo cordial.</w:t>
      </w:r>
    </w:p>
    <w:p>
      <w:pPr>
        <w:spacing w:after="120" w:line="276" w:lineRule="auto"/>
        <w:ind w:firstLine="360"/>
        <w:jc w:val="both"/>
      </w:pPr>
      <w:r>
        <w:t>En sus afirmaciones, encuentro indirectamente dos preguntas: 1. ¿Se puede perder la salvación? 2. ¿Se puede perder la fe?</w:t>
      </w:r>
    </w:p>
    <w:p>
      <w:pPr>
        <w:spacing w:after="120" w:line="276" w:lineRule="auto"/>
        <w:ind w:firstLine="360"/>
        <w:jc w:val="both"/>
      </w:pPr>
      <w:r>
        <w:t>1ero. Para perder la fe y la salvación, primero hay que tener fe y haber aceptado las condiciones de salvación. Para obtener la salvación y la fe, la persona necesita EL EVANGELIO DE CRISTO, identificada también como la fe de Cristo. Si no ha oido ese mensaje no tendrá una fe verdadera, asi que hay que:</w:t>
      </w:r>
    </w:p>
    <w:p>
      <w:pPr>
        <w:spacing w:after="120" w:line="276" w:lineRule="auto"/>
        <w:ind w:firstLine="360"/>
        <w:jc w:val="both"/>
      </w:pPr>
      <w:r>
        <w:t>OIR, el evangelio de Cristo (la palabra de Dios), "Así que la fe es por el oír, y el oír, por la palabra de Dios." Rom 10:17.</w:t>
      </w:r>
    </w:p>
    <w:p>
      <w:pPr>
        <w:spacing w:after="120" w:line="276" w:lineRule="auto"/>
        <w:ind w:firstLine="360"/>
        <w:jc w:val="both"/>
      </w:pPr>
      <w:r>
        <w:t>Al oír el evangelio la persona conoce del plan de Dios para Salvación y puede tomar una decisión basada en el conocimiento de lo que debe decidir.</w:t>
      </w:r>
    </w:p>
    <w:p>
      <w:pPr>
        <w:spacing w:after="120" w:line="276" w:lineRule="auto"/>
        <w:ind w:firstLine="360"/>
        <w:jc w:val="both"/>
      </w:pPr>
      <w:r>
        <w:t>CREER, Si el evangelio es de Cristo entonces, enseña acerca de él, habla del plan divino hecho para beneficio de la humanidad. Jesús dijo:</w:t>
      </w:r>
    </w:p>
    <w:p>
      <w:pPr>
        <w:spacing w:after="120" w:line="276" w:lineRule="auto"/>
        <w:ind w:firstLine="360"/>
        <w:jc w:val="both"/>
      </w:pPr>
      <w:r>
        <w:t>Juan 3:16 Porque de tal manera amó Dios al mundo, que ha dado a su Hijo unigénito, para que todo aquel que en él CREE, no se pierda, más tenga vida eterna.</w:t>
      </w:r>
    </w:p>
    <w:p>
      <w:pPr>
        <w:spacing w:after="120" w:line="276" w:lineRule="auto"/>
        <w:ind w:firstLine="360"/>
        <w:jc w:val="both"/>
      </w:pPr>
      <w:r>
        <w:t>El apóstol pablo dijo: "Pues la Escritura dice: Todo aquel que en él creyere, no será avergonzado." Rom 10:11.</w:t>
      </w:r>
    </w:p>
    <w:p>
      <w:pPr>
        <w:spacing w:after="120" w:line="276" w:lineRule="auto"/>
        <w:ind w:firstLine="360"/>
        <w:jc w:val="both"/>
      </w:pPr>
      <w:r>
        <w:t>El tener vida eterna es, SALVACIÓN.</w:t>
      </w:r>
    </w:p>
    <w:p>
      <w:pPr>
        <w:spacing w:after="120" w:line="276" w:lineRule="auto"/>
        <w:ind w:firstLine="360"/>
        <w:jc w:val="both"/>
      </w:pPr>
      <w:r>
        <w:t>El no ser avergonzado en aquel día equivale a SALVACIÓN.</w:t>
      </w:r>
    </w:p>
    <w:p>
      <w:pPr>
        <w:spacing w:after="120" w:line="276" w:lineRule="auto"/>
        <w:ind w:firstLine="360"/>
        <w:jc w:val="both"/>
      </w:pPr>
      <w:r>
        <w:t>Así que, al oír el mensaje de Jesucristo, la persona tiene dos opciones 1-Creerlo 2-rechazarlo. Al creerlo puede avanzar al siguiente paso, pero si lo rechaza ahí se estanca y de nada le sirve oír la palabra de Dios si no la cree. El creer como dice en Romanos 10:17, es tener fe, fe en lo que el mensaje de la palabra de Dios enseña, pero sin ella, Dios está molesto. Mire lo que dice la Palabra: "Pero sin FE es imposible agradar a Dios; porque es necesario que el que se acerca a Dios CREA que le hay, y que es galardonador de los que le buscan" Heb 11:6.</w:t>
      </w:r>
    </w:p>
    <w:p>
      <w:pPr>
        <w:spacing w:after="120" w:line="276" w:lineRule="auto"/>
        <w:ind w:firstLine="360"/>
        <w:jc w:val="both"/>
      </w:pPr>
      <w:r>
        <w:t>ARREPENTIRSE, Cuando oye la palabra de Dios, el evangelio de Cristo le da conocimiento para saber de Cristo y su sacrificio por toda persona. Pero sobre todo le hace ver su estado apartado de Dios por la clara razón de estar sin Cristo. Es el momento en que la persona reconoce que ha estado apartada de Dios y quiere cambiar esa situación por la invitación de aceptar a Cristo, obedeciendo su evangelio.</w:t>
      </w:r>
    </w:p>
    <w:p>
      <w:pPr>
        <w:spacing w:after="120" w:line="276" w:lineRule="auto"/>
        <w:ind w:firstLine="360"/>
        <w:jc w:val="both"/>
      </w:pPr>
      <w:r>
        <w:t>Entonces la persona, reacciona y quiere ese cambio, quiere dejar su vida atrás y permitir que el Señor le gobierne.</w:t>
      </w:r>
    </w:p>
    <w:p>
      <w:pPr>
        <w:spacing w:after="120" w:line="276" w:lineRule="auto"/>
        <w:ind w:firstLine="360"/>
        <w:jc w:val="both"/>
      </w:pPr>
      <w:r>
        <w:t>Jesucristo, en su amor le da la oportunidad de hacer ese cambio en su vida, rechazarlo seria estar en la condenación. Romanos 2:4-5 dice: ¿O menosprecias las riquezas de su benignidad, paciencia y longanimidad, ignorando que su benignidad te guía al arrepentimiento? Rom 2:5 Pero por tu dureza y por tu corazón no arrepentido, atesoras para ti mismo ira para el día de la ira y de la revelación del justo juicio de Dios,</w:t>
      </w:r>
    </w:p>
    <w:p>
      <w:pPr>
        <w:spacing w:after="120" w:line="276" w:lineRule="auto"/>
        <w:ind w:firstLine="360"/>
        <w:jc w:val="both"/>
      </w:pPr>
      <w:r>
        <w:t>Para poder seguir camino a la salvación se debe hacer este cambio, ARREPENTIRSE para ser objeto de la bondad de Dios.</w:t>
      </w:r>
    </w:p>
    <w:p>
      <w:pPr>
        <w:spacing w:after="120" w:line="276" w:lineRule="auto"/>
        <w:ind w:firstLine="360"/>
        <w:jc w:val="both"/>
      </w:pPr>
      <w:r>
        <w:t>CONFESAR, Este paso es también parte en el proceso de la salvación, la persona: Ya oyó el evangelio, creyó tuvo fe en lo que el mensaje anunciaba acerca de Cristo y del plan de Dios, se arrepintió al llegar al entendimiento de que estaba mal delante de Dios y necesitaba volverse a su creador.</w:t>
      </w:r>
    </w:p>
    <w:p>
      <w:pPr>
        <w:spacing w:after="120" w:line="276" w:lineRule="auto"/>
        <w:ind w:firstLine="360"/>
        <w:jc w:val="both"/>
      </w:pPr>
      <w:r>
        <w:t>Ahora necesita hacer una confesión. Una confesión no, de cada pecado cometido, no de cada falla, no auricular como se hace en la religión tradicional. Sino de quien ha oído, ha creído y por quien se ha arrepentido ¡de Jesús el Cristo como Hijo de Dios! Mire lo que Dice el Señor al respecto:</w:t>
      </w:r>
    </w:p>
    <w:p>
      <w:pPr>
        <w:spacing w:after="120" w:line="276" w:lineRule="auto"/>
        <w:ind w:firstLine="360"/>
        <w:jc w:val="both"/>
      </w:pPr>
      <w:r>
        <w:t>"A cualquiera, pues, que me confiese delante de los hombres, yo también le confesaré delante de mi Padre que está en los cielos." Mat 10:32.</w:t>
      </w:r>
    </w:p>
    <w:p>
      <w:pPr>
        <w:spacing w:after="120" w:line="276" w:lineRule="auto"/>
        <w:ind w:firstLine="360"/>
        <w:jc w:val="both"/>
      </w:pPr>
      <w:r>
        <w:t>"Porque con el corazón se cree para justicia, pero con la boca se confiesa para salvación". Rom 10:10.</w:t>
      </w:r>
    </w:p>
    <w:p>
      <w:pPr>
        <w:spacing w:after="120" w:line="276" w:lineRule="auto"/>
        <w:ind w:firstLine="360"/>
        <w:jc w:val="both"/>
      </w:pPr>
      <w:r>
        <w:t>Una persona antes de entrar a la salvación debe confesar que Cristo es el Hijo de Dios como leímos en los versículos arriba y textualmente ejemplificado en Hechos 8:37, "Felipe dijo: Si crees de todo corazón, bien puedes. Y respondiendo, dijo: Creo que Jesucristo es el Hijo de Dios". Una persona que oye, cree y se arrepiente, es invitada a confesar su creencia, su fe, Este hombre citado arriba confesó "Creo que Jesucristo es el Hijo de Dios" He inmediatamente siguió el otro paso en el proceso.</w:t>
      </w:r>
    </w:p>
    <w:p>
      <w:pPr>
        <w:spacing w:after="120" w:line="276" w:lineRule="auto"/>
        <w:ind w:firstLine="360"/>
        <w:jc w:val="both"/>
      </w:pPr>
      <w:r>
        <w:t>BAUTISARSE, Cuando alguien ha seguido los pasos anteriores y quiere bautizarse, es correcto. Cada caso de conversión en la Biblia y en la era de Cristo así como: Los apóstoles y hermanos primitivos, culminó con el bautismo.</w:t>
      </w:r>
    </w:p>
    <w:p>
      <w:pPr>
        <w:spacing w:after="120" w:line="276" w:lineRule="auto"/>
        <w:ind w:firstLine="360"/>
        <w:jc w:val="both"/>
      </w:pPr>
      <w:r>
        <w:t>El bautismo es el momento en que Dios perdona los pecados, esto significa que son lavados, quitados, echados fuera.</w:t>
      </w:r>
    </w:p>
    <w:p>
      <w:pPr>
        <w:spacing w:after="120" w:line="276" w:lineRule="auto"/>
        <w:ind w:firstLine="360"/>
        <w:jc w:val="both"/>
      </w:pPr>
      <w:r>
        <w:t>El agua no tiene poder, pero el acto de obediencia es de grande merito delante de Dios. Porque es en el bautismo donde simbólicamente somos sepultados y levantados como nuevas criaturas.</w:t>
      </w:r>
    </w:p>
    <w:p>
      <w:pPr>
        <w:spacing w:after="120" w:line="276" w:lineRule="auto"/>
        <w:ind w:firstLine="360"/>
        <w:jc w:val="both"/>
      </w:pPr>
      <w:r>
        <w:t>1Pedro 3:21 dice: "El bautismo que corresponde a esto ahora nos salva (no quitando las inmundicias de la carne, sino como la aspiración de una buena conciencia hacia Dios) por la resurrección de Jesucristo,"</w:t>
      </w:r>
    </w:p>
    <w:p>
      <w:pPr>
        <w:spacing w:after="120" w:line="276" w:lineRule="auto"/>
        <w:ind w:firstLine="360"/>
        <w:jc w:val="both"/>
      </w:pPr>
      <w:r>
        <w:t>Dice Pablo: "Porque somos sepultados juntamente con él para muerte por el bautismo, a fin de que como Cristo resucitó de los muertos por la gloria del Padre, así también nosotros andemos en vida nueva." Rom 6:4</w:t>
      </w:r>
    </w:p>
    <w:p>
      <w:pPr>
        <w:spacing w:after="120" w:line="276" w:lineRule="auto"/>
        <w:ind w:firstLine="360"/>
        <w:jc w:val="both"/>
      </w:pPr>
      <w:r>
        <w:t>El arrepentimiento precede al bautismo al igual que la fe y la confesión, cosas que vienen por el oír la palabra de Dios.</w:t>
      </w:r>
    </w:p>
    <w:p>
      <w:pPr>
        <w:spacing w:after="120" w:line="276" w:lineRule="auto"/>
        <w:ind w:firstLine="360"/>
        <w:jc w:val="both"/>
      </w:pPr>
      <w:r>
        <w:t>La misma palabra de Dios registra la invitación del predicador.</w:t>
      </w:r>
    </w:p>
    <w:p>
      <w:pPr>
        <w:spacing w:after="120" w:line="276" w:lineRule="auto"/>
        <w:ind w:firstLine="360"/>
        <w:jc w:val="both"/>
      </w:pPr>
      <w:r>
        <w:t>"Pedro les dijo: Arrepentíos, y bautícese cada uno de vosotros en el nombre de Jesucristo para perdón de los pecados; y recibiréis el don del Espíritu Santo." Hch 2:38</w:t>
      </w:r>
    </w:p>
    <w:p>
      <w:pPr>
        <w:spacing w:after="120" w:line="276" w:lineRule="auto"/>
        <w:ind w:firstLine="360"/>
        <w:jc w:val="both"/>
      </w:pPr>
      <w:r>
        <w:t>Ese es el momento de la conversión de apartados de Dios a convivir con Dios, así dice Hechos 3:19, "Así que, arrepentíos y convertíos, para que sean borrados vuestros pecados; para que vengan de la presencia del Señor tiempos de refrigerio",</w:t>
      </w:r>
    </w:p>
    <w:p>
      <w:pPr>
        <w:spacing w:after="120" w:line="276" w:lineRule="auto"/>
        <w:ind w:firstLine="360"/>
        <w:jc w:val="both"/>
      </w:pPr>
      <w:r>
        <w:t>En la conversión la persona es añadida a la iglesia de Cristo, con los hermanos quienes han pasado por un proceso igual sirven juntos al Señor.</w:t>
      </w:r>
    </w:p>
    <w:p>
      <w:pPr>
        <w:spacing w:after="120" w:line="276" w:lineRule="auto"/>
        <w:ind w:firstLine="360"/>
        <w:jc w:val="both"/>
      </w:pPr>
      <w:r>
        <w:t>Es ahí donde se hace necesario aclarar la importancia de esto, en el siguiente punto.</w:t>
      </w:r>
    </w:p>
    <w:p>
      <w:pPr>
        <w:spacing w:after="120" w:line="276" w:lineRule="auto"/>
        <w:ind w:firstLine="360"/>
        <w:jc w:val="both"/>
      </w:pPr>
      <w:r>
        <w:t>Después de este proceso que vino por oír la palabra de Dios, el evangelio de Cristo. Cada uno que ha venido a la conversión, después del bautismo donde es limpiado de sus pecados, debe y necesita hacer, para no perder la salvación que vino por la fe en Jesucristo, debe perseverar en la obra de Dios.</w:t>
      </w:r>
    </w:p>
    <w:p>
      <w:pPr>
        <w:spacing w:after="120" w:line="276" w:lineRule="auto"/>
        <w:ind w:firstLine="360"/>
        <w:jc w:val="both"/>
      </w:pPr>
      <w:r>
        <w:t>Esto hacían los que habían aceptado el mensaje oído.</w:t>
      </w:r>
    </w:p>
    <w:p>
      <w:pPr>
        <w:spacing w:after="120" w:line="276" w:lineRule="auto"/>
        <w:ind w:firstLine="360"/>
        <w:jc w:val="both"/>
      </w:pPr>
      <w:r>
        <w:t>"Y perseveraban en la doctrina de los apóstoles, en la comunión unos con otros, en el partimiento del pan y en las oraciones." Hch 2:42.</w:t>
      </w:r>
    </w:p>
    <w:p>
      <w:pPr>
        <w:spacing w:after="120" w:line="276" w:lineRule="auto"/>
        <w:ind w:firstLine="360"/>
        <w:jc w:val="both"/>
      </w:pPr>
      <w:r>
        <w:t>"Y perseverando unánimes cada día en el templo, y partiendo el pan en las casas, comían juntos con alegría y sencillez de corazón, 47 alabando a Dios, y teniendo favor con todo el pueblo. Y el Señor añadía cada día a la iglesia los que habían de ser salvos." Hch 2:46-47.</w:t>
      </w:r>
    </w:p>
    <w:p>
      <w:pPr>
        <w:spacing w:after="120" w:line="276" w:lineRule="auto"/>
        <w:ind w:firstLine="360"/>
        <w:jc w:val="both"/>
      </w:pPr>
      <w:r>
        <w:t>El consejo de Cristo a las personas convertidas es: "Mas el que persevere hasta el fin, éste será salvo." Mat 24:13</w:t>
      </w:r>
    </w:p>
    <w:p>
      <w:pPr>
        <w:spacing w:after="120" w:line="276" w:lineRule="auto"/>
        <w:ind w:firstLine="360"/>
        <w:jc w:val="both"/>
      </w:pPr>
      <w:r>
        <w:t>2do. Así es como llegaba a la vida de los salvos una persona en tiempos del Nuevo Testamento, así llega a la salvación una persona hoy.</w:t>
      </w:r>
    </w:p>
    <w:p>
      <w:pPr>
        <w:spacing w:after="120" w:line="276" w:lineRule="auto"/>
        <w:ind w:firstLine="360"/>
        <w:jc w:val="both"/>
      </w:pPr>
      <w:r>
        <w:t>¿SE PUEDE PERDER LA SALVACIÓN?</w:t>
      </w:r>
    </w:p>
    <w:p>
      <w:pPr>
        <w:spacing w:after="120" w:line="276" w:lineRule="auto"/>
        <w:ind w:firstLine="360"/>
        <w:jc w:val="both"/>
      </w:pPr>
      <w:r>
        <w:t>Si, la persona que ha venido a la obediencia del evangelio (explicado arriba), puede perder la salvación.</w:t>
      </w:r>
    </w:p>
    <w:p>
      <w:pPr>
        <w:spacing w:after="120" w:line="276" w:lineRule="auto"/>
        <w:ind w:firstLine="360"/>
        <w:jc w:val="both"/>
      </w:pPr>
      <w:r>
        <w:t>Así como Dios le dio libertad para escoger: Obedecer o no, asi mismo el ser que viene a Cristo no es un robot. Tiene libertad para perseverar en la fe o abandonarla.</w:t>
      </w:r>
    </w:p>
    <w:p>
      <w:pPr>
        <w:spacing w:after="120" w:line="276" w:lineRule="auto"/>
        <w:ind w:firstLine="360"/>
        <w:jc w:val="both"/>
      </w:pPr>
      <w:r>
        <w:t>Dios por Pablo advirtió a personas de su tiempo y sigue advirtiendo en nuestra generación:</w:t>
      </w:r>
    </w:p>
    <w:p>
      <w:pPr>
        <w:spacing w:after="120" w:line="276" w:lineRule="auto"/>
        <w:ind w:firstLine="360"/>
        <w:jc w:val="both"/>
      </w:pPr>
      <w:r>
        <w:t>"Pero el Espíritu dice claramente que en los postreros tiempos algunos apostatarán de la fe, escuchando a espíritus engañadores y a doctrinas de demonios; (2) por la hipocresía de mentirosos que, teniendo cauterizada la conciencia, (3) prohibirán casarse, y mandarán abstenerse de alimentos que Dios creó para que con acción de gracias participasen de ellos los creyentes y los que han conocido la verdad. (4) Porque todo lo que Dios creó es bueno, y nada es de desecharse, si se toma con acción de gracias; (5) porque por la palabra de Dios y por la oración es santificado." 1Ti 4:1-5</w:t>
      </w:r>
    </w:p>
    <w:p>
      <w:pPr>
        <w:spacing w:after="120" w:line="276" w:lineRule="auto"/>
        <w:ind w:firstLine="360"/>
        <w:jc w:val="both"/>
      </w:pPr>
      <w:r>
        <w:t>El Espíritu Santo le esta diciendo a Pablo lo que estaba por suceder.</w:t>
      </w:r>
    </w:p>
    <w:p>
      <w:pPr>
        <w:spacing w:after="120" w:line="276" w:lineRule="auto"/>
        <w:ind w:firstLine="360"/>
        <w:jc w:val="both"/>
      </w:pPr>
      <w:r>
        <w:t>Hermanos, apostatarían de la fe, apostatar quiere decir apartarse, salirse, desechar, etc.</w:t>
      </w:r>
    </w:p>
    <w:p>
      <w:pPr>
        <w:spacing w:after="120" w:line="276" w:lineRule="auto"/>
        <w:ind w:firstLine="360"/>
        <w:jc w:val="both"/>
      </w:pPr>
      <w:r>
        <w:t>El desviarse de la verdad trae como consecuencia la perdida de fe en la verdad y por ende la nula posibilidad de salvación. ¿Por qué? Porque se deja de perseverar en la doctrina de Cristo.</w:t>
      </w:r>
    </w:p>
    <w:p>
      <w:pPr>
        <w:spacing w:after="120" w:line="276" w:lineRule="auto"/>
        <w:ind w:firstLine="360"/>
        <w:jc w:val="both"/>
      </w:pPr>
      <w:r>
        <w:t>También señaló específicamente a hermanos que perdieron su fe desviándose de la verdad.</w:t>
      </w:r>
    </w:p>
    <w:p>
      <w:pPr>
        <w:spacing w:after="120" w:line="276" w:lineRule="auto"/>
        <w:ind w:firstLine="360"/>
        <w:jc w:val="both"/>
      </w:pPr>
      <w:r>
        <w:t>"manteniendo la fe y buena conciencia, desechando la cual naufragaron en cuanto a la fe algunos, 20 de los cuales son Himeneo y Alejandro, a quienes entregué a Satanás para que aprendan a no blasfemar." 1Ti 1:19-20.</w:t>
      </w:r>
    </w:p>
    <w:p>
      <w:pPr>
        <w:spacing w:after="120" w:line="276" w:lineRule="auto"/>
        <w:ind w:firstLine="360"/>
        <w:jc w:val="both"/>
      </w:pPr>
      <w:r>
        <w:t>La fe después de recibida fue rechazada, se perdieron. después de estar dentro de la salvación, la abandonaron.</w:t>
      </w:r>
    </w:p>
    <w:p>
      <w:pPr>
        <w:spacing w:after="120" w:line="276" w:lineRule="auto"/>
        <w:ind w:firstLine="360"/>
        <w:jc w:val="both"/>
      </w:pPr>
      <w:r>
        <w:t>¿DESPUÉS DE PERDER LA FE Y LA SALVACIÓN, PUEDE RECUPERARSE?</w:t>
      </w:r>
    </w:p>
    <w:p>
      <w:pPr>
        <w:spacing w:after="120" w:line="276" w:lineRule="auto"/>
        <w:ind w:firstLine="360"/>
        <w:jc w:val="both"/>
      </w:pPr>
      <w:r>
        <w:t>Un cristiano que hizo eso, digamos como los citados por Pablo o alguien que dejo de perseverar en el camino del Señor o hizo cualquier otro pecado.</w:t>
      </w:r>
    </w:p>
    <w:p>
      <w:pPr>
        <w:spacing w:after="120" w:line="276" w:lineRule="auto"/>
        <w:ind w:firstLine="360"/>
        <w:jc w:val="both"/>
      </w:pPr>
      <w:r>
        <w:t>Si se arrepiente de corazón confesando su pecado y regresando a las filas del Señor. Puede ser restaurado.</w:t>
      </w:r>
    </w:p>
    <w:p>
      <w:pPr>
        <w:spacing w:after="120" w:line="276" w:lineRule="auto"/>
        <w:ind w:firstLine="360"/>
        <w:jc w:val="both"/>
      </w:pPr>
      <w:r>
        <w:t>Mire lo que dice Gálatas 6:1, "Hermanos, si alguno fuere sorprendido en alguna falta, vosotros que sois espirituales, restauradle con espíritu de mansedumbre, considerándote a ti mismo, no sea que tú también seas tentado."</w:t>
      </w:r>
    </w:p>
    <w:p>
      <w:pPr>
        <w:spacing w:after="120" w:line="276" w:lineRule="auto"/>
        <w:ind w:firstLine="360"/>
        <w:jc w:val="both"/>
      </w:pPr>
      <w:r>
        <w:t>Aquí la clave es ARREPENTIRSE DE CORAZON, CONFESANDO SUS PECADOS. Significa que realmente le puede y le duele haber fallado y quiere ser perdonado por Dios.</w:t>
      </w:r>
    </w:p>
    <w:p>
      <w:pPr>
        <w:spacing w:after="120" w:line="276" w:lineRule="auto"/>
        <w:ind w:firstLine="360"/>
        <w:jc w:val="both"/>
      </w:pPr>
      <w:r>
        <w:t>La confesión y el arrepentimiento en este proceso debe ser con la plena convicción de no volverlo a hacer.</w:t>
      </w:r>
    </w:p>
    <w:p>
      <w:pPr>
        <w:spacing w:after="120" w:line="276" w:lineRule="auto"/>
        <w:ind w:firstLine="360"/>
        <w:jc w:val="both"/>
      </w:pPr>
      <w:r>
        <w:t>CUANDO EL PECADOR NO TIENE PERDÓN.</w:t>
      </w:r>
    </w:p>
    <w:p>
      <w:pPr>
        <w:spacing w:after="120" w:line="276" w:lineRule="auto"/>
        <w:ind w:firstLine="360"/>
        <w:jc w:val="both"/>
      </w:pPr>
      <w:r>
        <w:t>Es cuando no hay arrepentimiento.</w:t>
      </w:r>
    </w:p>
    <w:p>
      <w:pPr>
        <w:spacing w:after="120" w:line="276" w:lineRule="auto"/>
        <w:ind w:firstLine="360"/>
        <w:jc w:val="both"/>
      </w:pPr>
      <w:r>
        <w:t>1Jn 5:16 "Si alguno viere a su hermano cometer pecado que no sea de muerte, pedirá, y Dios le dará vida; esto es para los que cometen pecado que no sea de muerte. Hay pecado de muerte, por el cual yo no digo que se pida".</w:t>
      </w:r>
    </w:p>
    <w:p>
      <w:pPr>
        <w:spacing w:after="120" w:line="276" w:lineRule="auto"/>
        <w:ind w:firstLine="360"/>
        <w:jc w:val="both"/>
      </w:pPr>
      <w:r>
        <w:t>O sea, si un hermano esta en pecado y rechaza el arrepentirse para ser restaurado, ¿Qué más se puede hacer por él? Eso es muerte espiritual, que significa apartarse de Dios voluntariamente.</w:t>
      </w:r>
    </w:p>
    <w:p>
      <w:pPr>
        <w:spacing w:after="120" w:line="276" w:lineRule="auto"/>
        <w:ind w:firstLine="360"/>
        <w:jc w:val="both"/>
      </w:pPr>
      <w:r>
        <w:t>Es cuando se rechazan las obras de Dios, sabiendo que son de él, o sea las obras del Espíritu Santo.</w:t>
      </w:r>
    </w:p>
    <w:p>
      <w:pPr>
        <w:spacing w:after="120" w:line="276" w:lineRule="auto"/>
        <w:ind w:firstLine="360"/>
        <w:jc w:val="both"/>
      </w:pPr>
      <w:r>
        <w:t>Lucas 12:10," A todo aquel que dijere alguna palabra contra el Hijo del Hombre, le será perdonado; pero al que blasfemare contra el Espíritu Santo, no le será perdonado."</w:t>
      </w:r>
    </w:p>
    <w:p>
      <w:pPr>
        <w:spacing w:after="120" w:line="276" w:lineRule="auto"/>
        <w:ind w:firstLine="360"/>
        <w:jc w:val="both"/>
      </w:pPr>
      <w:r>
        <w:t>Cabe decir, que aquellos que sabiendo que era el Espíritu Santo quien obraba en Jesús, dijeron que era el espíritu de Belcebú, estaban blasfemando contra el Espíritu Santo, rechazando abiertamente su obra, hago énfasis, sabiendo que era el Espíritu Santo quien lo hacía.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