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SOMOS LA LUZ DEL MUNDO</w:t>
      </w:r>
    </w:p>
    <w:p>
      <w:pPr>
        <w:spacing w:after="200"/>
        <w:jc w:val="center"/>
      </w:pPr>
      <w:r>
        <w:rPr>
          <w:i/>
          <w:color w:val="1F3B63"/>
          <w:sz w:val="24"/>
        </w:rPr>
        <w:t>(Mat 5:14-16)</w:t>
      </w:r>
    </w:p>
    <w:p>
      <w:pPr>
        <w:spacing w:before="200" w:after="80"/>
      </w:pPr>
      <w:r>
        <w:rPr>
          <w:b/>
          <w:color w:val="1F3B63"/>
          <w:sz w:val="24"/>
        </w:rPr>
        <w:t>INTRODUCCIÓN:</w:t>
      </w:r>
    </w:p>
    <w:p>
      <w:pPr>
        <w:spacing w:after="120" w:line="276" w:lineRule="auto"/>
        <w:ind w:firstLine="360"/>
        <w:jc w:val="both"/>
      </w:pPr>
      <w:r>
        <w:t>Hay una iglesia que se llama "La Luz Del Mundo"</w:t>
      </w:r>
    </w:p>
    <w:p>
      <w:pPr>
        <w:spacing w:after="120" w:line="276" w:lineRule="auto"/>
        <w:ind w:firstLine="360"/>
        <w:jc w:val="both"/>
      </w:pPr>
      <w:r>
        <w:t>Su sede esta en Guadalajara.</w:t>
      </w:r>
    </w:p>
    <w:p>
      <w:pPr>
        <w:spacing w:after="120" w:line="276" w:lineRule="auto"/>
        <w:ind w:firstLine="360"/>
        <w:jc w:val="both"/>
      </w:pPr>
      <w:r>
        <w:t>En un lugar que se llama "La Hermosa Provincia".</w:t>
      </w:r>
    </w:p>
    <w:p>
      <w:pPr>
        <w:spacing w:after="120" w:line="276" w:lineRule="auto"/>
        <w:ind w:firstLine="360"/>
        <w:jc w:val="both"/>
      </w:pPr>
      <w:r>
        <w:t>Fue fundada por Eusebio Joaquín González,</w:t>
      </w:r>
    </w:p>
    <w:p>
      <w:pPr>
        <w:spacing w:after="120" w:line="276" w:lineRule="auto"/>
        <w:ind w:firstLine="360"/>
        <w:jc w:val="both"/>
      </w:pPr>
      <w:r>
        <w:t>La doctrina, fue fundada en 1926 en México por Eusebio Joaquín González (1898-1964) tras haber recibido una revelación divina en sueños, en un entorno pentecostal. Y por esa razón se cambió el nombre a Aaron, el apóstol, profeta Aaron.</w:t>
      </w:r>
    </w:p>
    <w:p>
      <w:pPr>
        <w:spacing w:after="120" w:line="276" w:lineRule="auto"/>
        <w:ind w:firstLine="360"/>
        <w:jc w:val="both"/>
      </w:pPr>
      <w:r>
        <w:t>Lo sucedió su hijo, Samuel Joaquín (1937-2014), quien se llamó ángel, y apóstol. Este empezó la const. del imponente templo, el cual terminó en 1991.</w:t>
      </w:r>
    </w:p>
    <w:p>
      <w:pPr>
        <w:spacing w:after="120" w:line="276" w:lineRule="auto"/>
        <w:ind w:firstLine="360"/>
        <w:jc w:val="both"/>
      </w:pPr>
      <w:r>
        <w:t>Lo sucedió su hijo, Nasón Joaquín. quien ahora es acusado de pederastia a sus 50 años, auto proclamado apóstol del Señor.</w:t>
      </w:r>
    </w:p>
    <w:p>
      <w:pPr>
        <w:spacing w:after="120" w:line="276" w:lineRule="auto"/>
        <w:ind w:firstLine="360"/>
        <w:jc w:val="both"/>
      </w:pPr>
      <w:r>
        <w:t>Esta iglesia que se llama La Luz Del Mundo no es la iglesia que Cristo edificó en el primer siglo de nuestra era.</w:t>
      </w:r>
    </w:p>
    <w:p>
      <w:pPr>
        <w:spacing w:after="120" w:line="276" w:lineRule="auto"/>
        <w:ind w:firstLine="360"/>
        <w:jc w:val="both"/>
      </w:pPr>
      <w:r>
        <w:t>Como vimos fue fundada y sostenida por estos hombres, empezando con Eusebio, alias el apóstol Aaron.</w:t>
      </w:r>
    </w:p>
    <w:p>
      <w:pPr>
        <w:spacing w:after="120" w:line="276" w:lineRule="auto"/>
        <w:ind w:firstLine="360"/>
        <w:jc w:val="both"/>
      </w:pPr>
      <w:r>
        <w:t>Terminando con Nasón también auto llamado apóstol. Quien está en la cárcel acusado de pornografía infantil y otros muchos cargos.</w:t>
      </w:r>
    </w:p>
    <w:p>
      <w:pPr>
        <w:spacing w:after="120" w:line="276" w:lineRule="auto"/>
        <w:ind w:firstLine="360"/>
        <w:jc w:val="both"/>
      </w:pPr>
      <w:r>
        <w:t>Mat 5:14-16 Vosotros sois la luz del mundo; una ciudad asentada sobre un monte no se puede esconder. (15) Ni se enciende una luz y se pone debajo de un almud, sino sobre el candelero, y alumbra a todos los que están en casa. (16) Así alumbre vuestra luz delante de los hombres, para que vean vuestras buenas obras, y glorifiquen a vuestro Padre que está en los cielos.</w:t>
      </w:r>
    </w:p>
    <w:p>
      <w:pPr>
        <w:spacing w:after="120" w:line="276" w:lineRule="auto"/>
        <w:ind w:firstLine="360"/>
        <w:jc w:val="both"/>
      </w:pPr>
      <w:r>
        <w:t>La importancia de este mandamiento</w:t>
      </w:r>
    </w:p>
    <w:p>
      <w:pPr>
        <w:spacing w:after="120" w:line="276" w:lineRule="auto"/>
        <w:ind w:firstLine="360"/>
        <w:jc w:val="both"/>
      </w:pPr>
      <w:r>
        <w:t>Sin duda estas son palabras de valoración.</w:t>
      </w:r>
    </w:p>
    <w:p>
      <w:pPr>
        <w:spacing w:after="120" w:line="276" w:lineRule="auto"/>
        <w:ind w:firstLine="360"/>
        <w:jc w:val="both"/>
      </w:pPr>
      <w:r>
        <w:t>Con el Señor Jesús tenemos una fuente inagotable.</w:t>
      </w:r>
    </w:p>
    <w:p>
      <w:pPr>
        <w:spacing w:after="120" w:line="276" w:lineRule="auto"/>
        <w:ind w:firstLine="360"/>
        <w:jc w:val="both"/>
      </w:pPr>
      <w:r>
        <w:t>Esa fuente nos permite transmitir a otros nuestra convicción.</w:t>
      </w:r>
    </w:p>
    <w:p>
      <w:pPr>
        <w:spacing w:after="120" w:line="276" w:lineRule="auto"/>
        <w:ind w:firstLine="360"/>
        <w:jc w:val="both"/>
      </w:pPr>
      <w:r>
        <w:t>Es un deber importante, ¿Nos gustaría ser presidentes?</w:t>
      </w:r>
    </w:p>
    <w:p>
      <w:pPr>
        <w:spacing w:after="120" w:line="276" w:lineRule="auto"/>
        <w:ind w:firstLine="360"/>
        <w:jc w:val="both"/>
      </w:pPr>
      <w:r>
        <w:t>¿Poder ayudar a otros con lo mejor?</w:t>
      </w:r>
    </w:p>
    <w:p>
      <w:pPr>
        <w:spacing w:after="120" w:line="276" w:lineRule="auto"/>
        <w:ind w:firstLine="360"/>
        <w:jc w:val="both"/>
      </w:pPr>
      <w:r>
        <w:t>Si alguien estuviera en peligro de muerte ¿Nos gustaría salvarle?</w:t>
      </w:r>
    </w:p>
    <w:p>
      <w:pPr>
        <w:spacing w:after="120" w:line="276" w:lineRule="auto"/>
        <w:ind w:firstLine="360"/>
        <w:jc w:val="both"/>
      </w:pPr>
      <w:r>
        <w:t>Si la gente que le rodea estuviera a punto de ser destruida ¿Le gustaría ayudar a salvarles?</w:t>
      </w:r>
    </w:p>
    <w:p>
      <w:pPr>
        <w:spacing w:after="120" w:line="276" w:lineRule="auto"/>
        <w:ind w:firstLine="360"/>
        <w:jc w:val="both"/>
      </w:pPr>
      <w:r>
        <w:t>Mat 5:14 Vosotros sois la luz del mundo; una ciudad asentada sobre un monte no se puede esconder.</w:t>
      </w:r>
    </w:p>
    <w:p>
      <w:pPr>
        <w:spacing w:after="120" w:line="276" w:lineRule="auto"/>
        <w:ind w:firstLine="360"/>
        <w:jc w:val="both"/>
      </w:pPr>
      <w:r>
        <w:t>Ciudad asentada en monte.</w:t>
      </w:r>
    </w:p>
    <w:p>
      <w:pPr>
        <w:spacing w:after="120" w:line="276" w:lineRule="auto"/>
        <w:ind w:firstLine="360"/>
        <w:jc w:val="both"/>
      </w:pPr>
      <w:r>
        <w:t>La facilidad de verla.</w:t>
      </w:r>
    </w:p>
    <w:p>
      <w:pPr>
        <w:spacing w:after="120" w:line="276" w:lineRule="auto"/>
        <w:ind w:firstLine="360"/>
        <w:jc w:val="both"/>
      </w:pPr>
      <w:r>
        <w:t>La protección de estar en un lugar alto.</w:t>
      </w:r>
    </w:p>
    <w:p>
      <w:pPr>
        <w:spacing w:after="120" w:line="276" w:lineRule="auto"/>
        <w:ind w:firstLine="360"/>
        <w:jc w:val="both"/>
      </w:pPr>
      <w:r>
        <w:t>Ciudades escondidas.</w:t>
      </w:r>
    </w:p>
    <w:p>
      <w:pPr>
        <w:spacing w:after="120" w:line="276" w:lineRule="auto"/>
        <w:ind w:firstLine="360"/>
        <w:jc w:val="both"/>
      </w:pPr>
      <w:r>
        <w:t>Solo conocidas por quienes están allí.</w:t>
      </w:r>
    </w:p>
    <w:p>
      <w:pPr>
        <w:spacing w:after="120" w:line="276" w:lineRule="auto"/>
        <w:ind w:firstLine="360"/>
        <w:jc w:val="both"/>
      </w:pPr>
      <w:r>
        <w:t>No son muy útiles al Caminante.</w:t>
      </w:r>
    </w:p>
    <w:p>
      <w:pPr>
        <w:spacing w:after="120" w:line="276" w:lineRule="auto"/>
        <w:ind w:firstLine="360"/>
        <w:jc w:val="both"/>
      </w:pPr>
      <w:r>
        <w:t>El llamado a ser como una ciudad en alto</w:t>
      </w:r>
    </w:p>
    <w:p>
      <w:pPr>
        <w:spacing w:after="120" w:line="276" w:lineRule="auto"/>
        <w:ind w:firstLine="360"/>
        <w:jc w:val="both"/>
      </w:pPr>
      <w:r>
        <w:t>El meollo de la afirmación del Señor es que hablemos de él y que vivamos como él.</w:t>
      </w:r>
    </w:p>
    <w:p>
      <w:pPr>
        <w:spacing w:after="120" w:line="276" w:lineRule="auto"/>
        <w:ind w:firstLine="360"/>
        <w:jc w:val="both"/>
      </w:pPr>
      <w:r>
        <w:t>Que pongamos la verdad en alto para que todos la vean. Somos los cristianos los encargados de esto.</w:t>
      </w:r>
    </w:p>
    <w:p>
      <w:pPr>
        <w:spacing w:after="120" w:line="276" w:lineRule="auto"/>
        <w:ind w:firstLine="360"/>
        <w:jc w:val="both"/>
      </w:pPr>
      <w:r>
        <w:t>Mat 5:15 Ni se enciende una luz y se pone debajo de un almud, sino sobre el candelero, y alumbra a todos los que están en casa.</w:t>
      </w:r>
    </w:p>
    <w:p>
      <w:pPr>
        <w:spacing w:after="120" w:line="276" w:lineRule="auto"/>
        <w:ind w:firstLine="360"/>
        <w:jc w:val="both"/>
      </w:pPr>
      <w:r>
        <w:t>El mundo está en tinieblas.</w:t>
      </w:r>
    </w:p>
    <w:p>
      <w:pPr>
        <w:spacing w:after="120" w:line="276" w:lineRule="auto"/>
        <w:ind w:firstLine="360"/>
        <w:jc w:val="both"/>
      </w:pPr>
      <w:r>
        <w:t>Pro 4:19 El camino de los impíos es como la oscuridad; No saben en qué tropiezan.</w:t>
      </w:r>
    </w:p>
    <w:p>
      <w:pPr>
        <w:spacing w:after="120" w:line="276" w:lineRule="auto"/>
        <w:ind w:firstLine="360"/>
        <w:jc w:val="both"/>
      </w:pPr>
      <w:r>
        <w:t>Rom 3:10-13 Como está escrito: No hay justo, ni aun uno; (11) No hay quien entienda, No hay quien busque a Dios. (12) Todos se desviaron, a una se hicieron inútiles; No hay quien haga lo bueno, no hay ni siquiera uno. (13) Sepulcro abierto es su garganta; con su lengua engañan. Veneno de áspides hay debajo de sus labios;</w:t>
      </w:r>
    </w:p>
    <w:p>
      <w:pPr>
        <w:spacing w:after="120" w:line="276" w:lineRule="auto"/>
        <w:ind w:firstLine="360"/>
        <w:jc w:val="both"/>
      </w:pPr>
      <w:r>
        <w:t>Gal 5:19-21 Y manifiestas son las obras de la carne, que son: adulterio, fornicación, inmundicia, lascivia, (20) idolatría, hechicerías, enemistades, pleitos, celos, iras, contiendas, disensiones, herejías, (21) envidias, homicidios, borracheras, orgías, y cosas semejantes a estas; acerca de las cuales os amonesto, como ya os lo he dicho antes, que los que practican tales cosas no heredarán el reino de Dios.</w:t>
      </w:r>
    </w:p>
    <w:p>
      <w:pPr>
        <w:spacing w:after="120" w:line="276" w:lineRule="auto"/>
        <w:ind w:firstLine="360"/>
        <w:jc w:val="both"/>
      </w:pPr>
      <w:r>
        <w:t>La función de la luz. Vencer la oscuridad.</w:t>
      </w:r>
    </w:p>
    <w:p>
      <w:pPr>
        <w:spacing w:after="120" w:line="276" w:lineRule="auto"/>
        <w:ind w:firstLine="360"/>
        <w:jc w:val="both"/>
      </w:pPr>
      <w:r>
        <w:t>Rom 13:12 La noche está avanzada, y se acerca el día. Desechemos, pues, las obras de las tinieblas, y vistámonos las armas de la luz.</w:t>
      </w:r>
    </w:p>
    <w:p>
      <w:pPr>
        <w:spacing w:after="120" w:line="276" w:lineRule="auto"/>
        <w:ind w:firstLine="360"/>
        <w:jc w:val="both"/>
      </w:pPr>
      <w:r>
        <w:t>Efe 5:11, "Y no participéis en las obras infructuosas de las tinieblas, sino más bien reprendedlas".</w:t>
      </w:r>
    </w:p>
    <w:p>
      <w:pPr>
        <w:spacing w:after="120" w:line="276" w:lineRule="auto"/>
        <w:ind w:firstLine="360"/>
        <w:jc w:val="both"/>
      </w:pPr>
      <w:r>
        <w:t>La ventaja de ponerla en alto.</w:t>
      </w:r>
    </w:p>
    <w:p>
      <w:pPr>
        <w:spacing w:after="120" w:line="276" w:lineRule="auto"/>
        <w:ind w:firstLine="360"/>
        <w:jc w:val="both"/>
      </w:pPr>
      <w:r>
        <w:t>Que esté al alcance de todos.</w:t>
      </w:r>
    </w:p>
    <w:p>
      <w:pPr>
        <w:spacing w:after="120" w:line="276" w:lineRule="auto"/>
        <w:ind w:firstLine="360"/>
        <w:jc w:val="both"/>
      </w:pPr>
      <w:r>
        <w:t>Que beneficie la visión.</w:t>
      </w:r>
    </w:p>
    <w:p>
      <w:pPr>
        <w:spacing w:after="120" w:line="276" w:lineRule="auto"/>
        <w:ind w:firstLine="360"/>
        <w:jc w:val="both"/>
      </w:pPr>
      <w:r>
        <w:t>Que todos puedan ver la verdad de Dios.</w:t>
      </w:r>
    </w:p>
    <w:p>
      <w:pPr>
        <w:spacing w:after="120" w:line="276" w:lineRule="auto"/>
        <w:ind w:firstLine="360"/>
        <w:jc w:val="both"/>
      </w:pPr>
      <w:r>
        <w:t>La luz escondida.</w:t>
      </w:r>
    </w:p>
    <w:p>
      <w:pPr>
        <w:spacing w:after="120" w:line="276" w:lineRule="auto"/>
        <w:ind w:firstLine="360"/>
        <w:jc w:val="both"/>
      </w:pPr>
      <w:r>
        <w:t>Es cuando tenemos la verdad y no la damos a conocer.</w:t>
      </w:r>
    </w:p>
    <w:p>
      <w:pPr>
        <w:spacing w:after="120" w:line="276" w:lineRule="auto"/>
        <w:ind w:firstLine="360"/>
        <w:jc w:val="both"/>
      </w:pPr>
      <w:r>
        <w:t>Se esconde el talento Mateo 25:27-28.</w:t>
      </w:r>
    </w:p>
    <w:p>
      <w:pPr>
        <w:spacing w:after="120" w:line="276" w:lineRule="auto"/>
        <w:ind w:firstLine="360"/>
        <w:jc w:val="both"/>
      </w:pPr>
      <w:r>
        <w:t>Se vacía la casa Mateo 12:43-45.</w:t>
      </w:r>
    </w:p>
    <w:p>
      <w:pPr>
        <w:spacing w:after="120" w:line="276" w:lineRule="auto"/>
        <w:ind w:firstLine="360"/>
        <w:jc w:val="both"/>
      </w:pPr>
      <w:r>
        <w:t>No se preparó con suficiente aceite Mat 25:10.</w:t>
      </w:r>
    </w:p>
    <w:p>
      <w:pPr>
        <w:spacing w:after="120" w:line="276" w:lineRule="auto"/>
        <w:ind w:firstLine="360"/>
        <w:jc w:val="both"/>
      </w:pPr>
      <w:r>
        <w:t>Es como una luz inexistente.</w:t>
      </w:r>
    </w:p>
    <w:p>
      <w:pPr>
        <w:spacing w:before="160" w:after="40"/>
        <w:jc w:val="right"/>
      </w:pPr>
      <w:r>
        <w:rPr>
          <w:i/>
          <w:sz w:val="20"/>
        </w:rPr>
        <w:t>Por mas que queramos ver en la oscuridad no podemos.</w:t>
      </w:r>
    </w:p>
    <w:p>
      <w:pPr>
        <w:spacing w:after="120" w:line="276" w:lineRule="auto"/>
        <w:ind w:firstLine="360"/>
        <w:jc w:val="both"/>
      </w:pPr>
      <w:r>
        <w:t>En los lugares sin servicio eléctrico, hay velas, lámparas de algún combustible.</w:t>
      </w:r>
    </w:p>
    <w:p>
      <w:pPr>
        <w:spacing w:after="120" w:line="276" w:lineRule="auto"/>
        <w:ind w:firstLine="360"/>
        <w:jc w:val="both"/>
      </w:pPr>
      <w:r>
        <w:t>Somos seres humanos que debemos aluzar nuestro espíritu.</w:t>
      </w:r>
    </w:p>
    <w:p>
      <w:pPr>
        <w:spacing w:after="120" w:line="276" w:lineRule="auto"/>
        <w:ind w:firstLine="360"/>
        <w:jc w:val="both"/>
      </w:pPr>
      <w:r>
        <w:t>Es como la sal insípida, no funciona para lo que es.</w:t>
      </w:r>
    </w:p>
    <w:p>
      <w:pPr>
        <w:spacing w:after="120" w:line="276" w:lineRule="auto"/>
        <w:ind w:firstLine="360"/>
        <w:jc w:val="both"/>
      </w:pPr>
      <w:r>
        <w:t>La luz se esconde o se deja de usar por el temor a que se desgaste o porque no queremos que nos vean.</w:t>
      </w:r>
    </w:p>
    <w:p>
      <w:pPr>
        <w:spacing w:after="120" w:line="276" w:lineRule="auto"/>
        <w:ind w:firstLine="360"/>
        <w:jc w:val="both"/>
      </w:pPr>
      <w:r>
        <w:t>Hay veces que la luz falla, falso contacto, combustible malo, se desecha o se cambia por otra.</w:t>
      </w:r>
    </w:p>
    <w:p>
      <w:pPr>
        <w:spacing w:after="120" w:line="276" w:lineRule="auto"/>
        <w:ind w:firstLine="360"/>
        <w:jc w:val="both"/>
      </w:pPr>
      <w:r>
        <w:t>El llamado a ser luz para todos los que nos conocen.</w:t>
      </w:r>
    </w:p>
    <w:p>
      <w:pPr>
        <w:spacing w:after="120" w:line="276" w:lineRule="auto"/>
        <w:ind w:firstLine="360"/>
        <w:jc w:val="both"/>
      </w:pPr>
      <w:r>
        <w:t>Mat 5:16 Así alumbre vuestra luz delante de los hombres, para que vean vuestras buenas obras, y glorifiquen a vuestro Padre que está en los cielos.</w:t>
      </w:r>
    </w:p>
    <w:p>
      <w:pPr>
        <w:spacing w:after="120" w:line="276" w:lineRule="auto"/>
        <w:ind w:firstLine="360"/>
        <w:jc w:val="both"/>
      </w:pPr>
      <w:r>
        <w:t>Como ciudad en alto.</w:t>
      </w:r>
    </w:p>
    <w:p>
      <w:pPr>
        <w:spacing w:after="120" w:line="276" w:lineRule="auto"/>
        <w:ind w:firstLine="360"/>
        <w:jc w:val="both"/>
      </w:pPr>
      <w:r>
        <w:t>En el monte que es Dios.</w:t>
      </w:r>
    </w:p>
    <w:p>
      <w:pPr>
        <w:spacing w:after="120" w:line="276" w:lineRule="auto"/>
        <w:ind w:firstLine="360"/>
        <w:jc w:val="both"/>
      </w:pPr>
      <w:r>
        <w:t>Con obras como combustible.</w:t>
      </w:r>
    </w:p>
    <w:p>
      <w:pPr>
        <w:spacing w:after="120" w:line="276" w:lineRule="auto"/>
        <w:ind w:firstLine="360"/>
        <w:jc w:val="both"/>
      </w:pPr>
      <w:r>
        <w:t>Una ciudad necesitaba de la actividad de sus ciudadanos para mantenerse viva.</w:t>
      </w:r>
    </w:p>
    <w:p>
      <w:pPr>
        <w:spacing w:after="120" w:line="276" w:lineRule="auto"/>
        <w:ind w:firstLine="360"/>
        <w:jc w:val="both"/>
      </w:pPr>
      <w:r>
        <w:t>La luz necesitaba aceite o algún tipo de grasa como combustible para mantenerse.</w:t>
      </w:r>
    </w:p>
    <w:p>
      <w:pPr>
        <w:spacing w:after="120" w:line="276" w:lineRule="auto"/>
        <w:ind w:firstLine="360"/>
        <w:jc w:val="both"/>
      </w:pPr>
      <w:r>
        <w:t>Nosotros somos conocidos por nuestras obras.</w:t>
      </w:r>
    </w:p>
    <w:p>
      <w:pPr>
        <w:spacing w:after="120" w:line="276" w:lineRule="auto"/>
        <w:ind w:firstLine="360"/>
        <w:jc w:val="both"/>
      </w:pPr>
      <w:r>
        <w:t>Efe 2:10 Porque somos hechura suya, creados en Cristo Jesús para buenas obras, las cuales Dios preparó de antemano para que anduviésemos en ellas.</w:t>
      </w:r>
    </w:p>
    <w:p>
      <w:pPr>
        <w:spacing w:after="120" w:line="276" w:lineRule="auto"/>
        <w:ind w:firstLine="360"/>
        <w:jc w:val="both"/>
      </w:pPr>
      <w:r>
        <w:t>1Jn 2:17 Y el mundo pasa, y sus deseos; pero el que hace la voluntad de Dios permanece para siempre.</w:t>
      </w:r>
    </w:p>
    <w:p>
      <w:pPr>
        <w:spacing w:after="120" w:line="276" w:lineRule="auto"/>
        <w:ind w:firstLine="360"/>
        <w:jc w:val="both"/>
      </w:pPr>
      <w:r>
        <w:t>"Porque es necesario que todos nosotros comparezcamos ante el tribunal de Cristo, para que cada uno reciba según lo que haya hecho mientras estaba en el cuerpo, sea bueno o sea malo." 2 Corintios 5:10.     ¡Así que!...</w:t>
      </w:r>
    </w:p>
    <w:p>
      <w:pPr>
        <w:spacing w:after="120" w:line="276" w:lineRule="auto"/>
        <w:ind w:firstLine="360"/>
        <w:jc w:val="both"/>
      </w:pPr>
      <w:r>
        <w:t>"Todo lo que te viniere a la mano para hacer, hazlo según tus fuerzas; porque en el Seol, adonde vas, no hay obra, ni trabajo, ni ciencia, ni sabiduría." Ecl 9:10.</w:t>
      </w:r>
    </w:p>
    <w:p>
      <w:pPr>
        <w:spacing w:after="120" w:line="276" w:lineRule="auto"/>
        <w:ind w:firstLine="360"/>
        <w:jc w:val="both"/>
      </w:pPr>
      <w:r>
        <w:t>"No todo el que me dice: Señor, Señor, entrará en el reino de los cielos, sino el que hace la voluntad de mi Padre que está en los cielos… apartaos de mí, hacedores de maldad." Mateo 7:21-23.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